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9B898" w14:textId="77777777" w:rsidR="000F3B5D" w:rsidRPr="007E6836" w:rsidRDefault="00AD016C">
      <w:pPr>
        <w:spacing w:after="140"/>
        <w:jc w:val="right"/>
        <w:rPr>
          <w:rFonts w:ascii="ＭＳ Ｐ明朝" w:eastAsia="ＭＳ Ｐ明朝" w:hAnsi="ＭＳ Ｐ明朝"/>
          <w:sz w:val="24"/>
          <w:szCs w:val="32"/>
          <w:lang w:eastAsia="ja-JP"/>
        </w:rPr>
      </w:pPr>
      <w:r w:rsidRPr="007E6836">
        <w:rPr>
          <w:rFonts w:ascii="ＭＳ Ｐ明朝" w:eastAsia="ＭＳ Ｐ明朝" w:hAnsi="ＭＳ Ｐ明朝"/>
          <w:sz w:val="24"/>
          <w:szCs w:val="32"/>
          <w:lang w:eastAsia="ja-JP"/>
        </w:rPr>
        <w:t>2026年10月吉日</w:t>
      </w:r>
    </w:p>
    <w:p w14:paraId="4FDB4A87" w14:textId="77777777" w:rsidR="000F3B5D" w:rsidRPr="007E6836" w:rsidRDefault="00AD016C">
      <w:pPr>
        <w:rPr>
          <w:rFonts w:ascii="ＭＳ Ｐ明朝" w:eastAsia="ＭＳ Ｐ明朝" w:hAnsi="ＭＳ Ｐ明朝"/>
          <w:sz w:val="24"/>
          <w:szCs w:val="32"/>
          <w:lang w:eastAsia="ja-JP"/>
        </w:rPr>
      </w:pPr>
      <w:r w:rsidRPr="007E6836">
        <w:rPr>
          <w:rFonts w:ascii="ＭＳ Ｐ明朝" w:eastAsia="ＭＳ Ｐ明朝" w:hAnsi="ＭＳ Ｐ明朝"/>
          <w:sz w:val="24"/>
          <w:szCs w:val="32"/>
          <w:lang w:eastAsia="ja-JP"/>
        </w:rPr>
        <w:t>ワイズメンズクラブ京都部</w:t>
      </w:r>
    </w:p>
    <w:p w14:paraId="2AC6F66F" w14:textId="77777777" w:rsidR="000F3B5D" w:rsidRPr="007E6836" w:rsidRDefault="00AD016C">
      <w:pPr>
        <w:spacing w:after="80"/>
        <w:rPr>
          <w:rFonts w:ascii="ＭＳ Ｐ明朝" w:eastAsia="ＭＳ Ｐ明朝" w:hAnsi="ＭＳ Ｐ明朝"/>
          <w:sz w:val="24"/>
          <w:szCs w:val="32"/>
          <w:lang w:eastAsia="ja-JP"/>
        </w:rPr>
      </w:pPr>
      <w:r w:rsidRPr="007E6836">
        <w:rPr>
          <w:rFonts w:ascii="ＭＳ Ｐ明朝" w:eastAsia="ＭＳ Ｐ明朝" w:hAnsi="ＭＳ Ｐ明朝"/>
          <w:sz w:val="24"/>
          <w:szCs w:val="32"/>
          <w:lang w:eastAsia="ja-JP"/>
        </w:rPr>
        <w:t>各クラブ会長　各位</w:t>
      </w:r>
    </w:p>
    <w:p w14:paraId="2DE8DA04" w14:textId="77777777" w:rsidR="000F3B5D" w:rsidRPr="007E6836" w:rsidRDefault="00AD016C">
      <w:pPr>
        <w:jc w:val="right"/>
        <w:rPr>
          <w:rFonts w:ascii="ＭＳ Ｐ明朝" w:eastAsia="ＭＳ Ｐ明朝" w:hAnsi="ＭＳ Ｐ明朝"/>
          <w:sz w:val="24"/>
          <w:szCs w:val="32"/>
          <w:lang w:eastAsia="ja-JP"/>
        </w:rPr>
      </w:pPr>
      <w:r w:rsidRPr="007E6836">
        <w:rPr>
          <w:rFonts w:ascii="ＭＳ Ｐ明朝" w:eastAsia="ＭＳ Ｐ明朝" w:hAnsi="ＭＳ Ｐ明朝"/>
          <w:sz w:val="24"/>
          <w:szCs w:val="32"/>
          <w:lang w:eastAsia="ja-JP"/>
        </w:rPr>
        <w:t>京都部 部長　寺久保 吉雄</w:t>
      </w:r>
    </w:p>
    <w:p w14:paraId="59008F30" w14:textId="77777777" w:rsidR="000F3B5D" w:rsidRPr="007E6836" w:rsidRDefault="00AD016C">
      <w:pPr>
        <w:spacing w:after="220"/>
        <w:jc w:val="right"/>
        <w:rPr>
          <w:rFonts w:ascii="ＭＳ Ｐ明朝" w:eastAsia="ＭＳ Ｐ明朝" w:hAnsi="ＭＳ Ｐ明朝"/>
          <w:sz w:val="24"/>
          <w:szCs w:val="32"/>
          <w:lang w:eastAsia="ja-JP"/>
        </w:rPr>
      </w:pPr>
      <w:r w:rsidRPr="007E6836">
        <w:rPr>
          <w:rFonts w:ascii="ＭＳ Ｐ明朝" w:eastAsia="ＭＳ Ｐ明朝" w:hAnsi="ＭＳ Ｐ明朝"/>
          <w:sz w:val="24"/>
          <w:szCs w:val="32"/>
          <w:lang w:eastAsia="ja-JP"/>
        </w:rPr>
        <w:t>YMCAサービス・ユース事業主査　椿森 昌史</w:t>
      </w:r>
    </w:p>
    <w:p w14:paraId="05820613" w14:textId="77777777" w:rsidR="000F3B5D" w:rsidRPr="007E6836" w:rsidRDefault="00AD016C">
      <w:pPr>
        <w:spacing w:after="220"/>
        <w:jc w:val="center"/>
        <w:rPr>
          <w:rFonts w:ascii="ＭＳ Ｐ明朝" w:eastAsia="ＭＳ Ｐ明朝" w:hAnsi="ＭＳ Ｐ明朝"/>
          <w:sz w:val="21"/>
          <w:szCs w:val="24"/>
          <w:lang w:eastAsia="ja-JP"/>
        </w:rPr>
      </w:pPr>
      <w:r w:rsidRPr="007E6836">
        <w:rPr>
          <w:rFonts w:ascii="ＭＳ Ｐ明朝" w:eastAsia="ＭＳ Ｐ明朝" w:hAnsi="ＭＳ Ｐ明朝"/>
          <w:b/>
          <w:sz w:val="28"/>
          <w:szCs w:val="24"/>
          <w:lang w:eastAsia="ja-JP"/>
        </w:rPr>
        <w:t>ユース・コンボケーション（YC）献金ご協力のお願い</w:t>
      </w:r>
    </w:p>
    <w:p w14:paraId="682FAE03" w14:textId="77777777" w:rsidR="000F3B5D" w:rsidRPr="007E6836" w:rsidRDefault="00AD016C" w:rsidP="007E6836">
      <w:pPr>
        <w:spacing w:after="100"/>
        <w:ind w:firstLineChars="100" w:firstLine="240"/>
        <w:rPr>
          <w:rFonts w:ascii="ＭＳ Ｐ明朝" w:eastAsia="ＭＳ Ｐ明朝" w:hAnsi="ＭＳ Ｐ明朝"/>
          <w:sz w:val="24"/>
          <w:szCs w:val="32"/>
          <w:lang w:eastAsia="ja-JP"/>
        </w:rPr>
      </w:pPr>
      <w:r w:rsidRPr="007E6836">
        <w:rPr>
          <w:rFonts w:ascii="ＭＳ Ｐ明朝" w:eastAsia="ＭＳ Ｐ明朝" w:hAnsi="ＭＳ Ｐ明朝"/>
          <w:sz w:val="24"/>
          <w:szCs w:val="32"/>
          <w:lang w:eastAsia="ja-JP"/>
        </w:rPr>
        <w:t>平素より京都部の活動ならびにYMCAサービス・ユース事業に格別のご理解とご協力を賜り、厚く御礼申し上げます。</w:t>
      </w:r>
    </w:p>
    <w:p w14:paraId="0833A241" w14:textId="77777777" w:rsidR="000F3B5D" w:rsidRPr="007E6836" w:rsidRDefault="00AD016C" w:rsidP="007E6836">
      <w:pPr>
        <w:spacing w:after="100"/>
        <w:ind w:firstLineChars="100" w:firstLine="240"/>
        <w:rPr>
          <w:rFonts w:ascii="ＭＳ Ｐ明朝" w:eastAsia="ＭＳ Ｐ明朝" w:hAnsi="ＭＳ Ｐ明朝"/>
          <w:sz w:val="24"/>
          <w:szCs w:val="32"/>
          <w:lang w:eastAsia="ja-JP"/>
        </w:rPr>
      </w:pPr>
      <w:r w:rsidRPr="007E6836">
        <w:rPr>
          <w:rFonts w:ascii="ＭＳ Ｐ明朝" w:eastAsia="ＭＳ Ｐ明朝" w:hAnsi="ＭＳ Ｐ明朝"/>
          <w:sz w:val="24"/>
          <w:szCs w:val="32"/>
          <w:lang w:eastAsia="ja-JP"/>
        </w:rPr>
        <w:t>さて、京都部では、次世代を担うユースの育成と国際交流を支援するため、西日本区が取り組む「ユース・コンボケーション（YC）」への支援を推進しております。</w:t>
      </w:r>
    </w:p>
    <w:p w14:paraId="3FE44013" w14:textId="3A00625C" w:rsidR="000F3B5D" w:rsidRPr="007E6836" w:rsidRDefault="007E6836">
      <w:pPr>
        <w:spacing w:after="100"/>
        <w:ind w:firstLine="57"/>
        <w:rPr>
          <w:rFonts w:ascii="ＭＳ Ｐ明朝" w:eastAsia="ＭＳ Ｐ明朝" w:hAnsi="ＭＳ Ｐ明朝"/>
          <w:sz w:val="24"/>
          <w:szCs w:val="32"/>
          <w:lang w:eastAsia="ja-JP"/>
        </w:rPr>
      </w:pPr>
      <w:r>
        <w:rPr>
          <w:rFonts w:ascii="ＭＳ Ｐ明朝" w:eastAsia="ＭＳ Ｐ明朝" w:hAnsi="ＭＳ Ｐ明朝" w:hint="eastAsia"/>
          <w:sz w:val="24"/>
          <w:szCs w:val="32"/>
          <w:lang w:eastAsia="ja-JP"/>
        </w:rPr>
        <w:t>ユースコンボケーション（</w:t>
      </w:r>
      <w:r w:rsidR="00AD016C" w:rsidRPr="007E6836">
        <w:rPr>
          <w:rFonts w:ascii="ＭＳ Ｐ明朝" w:eastAsia="ＭＳ Ｐ明朝" w:hAnsi="ＭＳ Ｐ明朝"/>
          <w:sz w:val="24"/>
          <w:szCs w:val="32"/>
          <w:lang w:eastAsia="ja-JP"/>
        </w:rPr>
        <w:t>YC</w:t>
      </w:r>
      <w:r>
        <w:rPr>
          <w:rFonts w:ascii="ＭＳ Ｐ明朝" w:eastAsia="ＭＳ Ｐ明朝" w:hAnsi="ＭＳ Ｐ明朝" w:hint="eastAsia"/>
          <w:sz w:val="24"/>
          <w:szCs w:val="32"/>
          <w:lang w:eastAsia="ja-JP"/>
        </w:rPr>
        <w:t>）</w:t>
      </w:r>
      <w:r w:rsidR="00AD016C" w:rsidRPr="007E6836">
        <w:rPr>
          <w:rFonts w:ascii="ＭＳ Ｐ明朝" w:eastAsia="ＭＳ Ｐ明朝" w:hAnsi="ＭＳ Ｐ明朝"/>
          <w:sz w:val="24"/>
          <w:szCs w:val="32"/>
          <w:lang w:eastAsia="ja-JP"/>
        </w:rPr>
        <w:t>は、国際大会やアジア大会に合わせて開催される若者たちの交流事業であり、国や地域を越えて相互理解を深め、視野を広げる貴重な機会です。こうした経験が若者の成長につながることを願い、今期も京都部として支援を行いたいと考えております。</w:t>
      </w:r>
    </w:p>
    <w:p w14:paraId="327AF60A" w14:textId="77777777" w:rsidR="000F3B5D" w:rsidRPr="007E6836" w:rsidRDefault="00AD016C" w:rsidP="007E6836">
      <w:pPr>
        <w:spacing w:after="180"/>
        <w:ind w:firstLineChars="100" w:firstLine="240"/>
        <w:rPr>
          <w:rFonts w:ascii="ＭＳ Ｐ明朝" w:eastAsia="ＭＳ Ｐ明朝" w:hAnsi="ＭＳ Ｐ明朝"/>
          <w:sz w:val="24"/>
          <w:szCs w:val="32"/>
          <w:lang w:eastAsia="ja-JP"/>
        </w:rPr>
      </w:pPr>
      <w:r w:rsidRPr="007E6836">
        <w:rPr>
          <w:rFonts w:ascii="ＭＳ Ｐ明朝" w:eastAsia="ＭＳ Ｐ明朝" w:hAnsi="ＭＳ Ｐ明朝"/>
          <w:sz w:val="24"/>
          <w:szCs w:val="32"/>
          <w:lang w:eastAsia="ja-JP"/>
        </w:rPr>
        <w:t>つきましては、趣旨をご理解いただき、各クラブのご事情に応じて、可能な範囲で献金にご協力賜りますようお願い申し上げます。なお、既にご献金いただいているクラブにおかれましては、重ねてのご案内となりますことをご容赦ください。</w:t>
      </w:r>
    </w:p>
    <w:p w14:paraId="323DAF02" w14:textId="2A2F57E5" w:rsidR="000F3B5D" w:rsidRPr="007E6836" w:rsidRDefault="00AD016C">
      <w:pPr>
        <w:spacing w:after="140"/>
        <w:jc w:val="center"/>
        <w:rPr>
          <w:rFonts w:ascii="ＭＳ Ｐ明朝" w:eastAsia="ＭＳ Ｐ明朝" w:hAnsi="ＭＳ Ｐ明朝"/>
          <w:bCs/>
          <w:sz w:val="24"/>
          <w:szCs w:val="32"/>
          <w:lang w:eastAsia="ja-JP"/>
        </w:rPr>
      </w:pPr>
      <w:r w:rsidRPr="007E6836">
        <w:rPr>
          <w:rFonts w:ascii="ＭＳ Ｐ明朝" w:eastAsia="ＭＳ Ｐ明朝" w:hAnsi="ＭＳ Ｐ明朝"/>
          <w:bCs/>
          <w:sz w:val="24"/>
          <w:szCs w:val="32"/>
          <w:lang w:eastAsia="ja-JP"/>
        </w:rPr>
        <w:t>記</w:t>
      </w:r>
    </w:p>
    <w:p w14:paraId="036F9D3F" w14:textId="0AC549BA" w:rsidR="000F3B5D" w:rsidRPr="007E6836" w:rsidRDefault="00AD016C">
      <w:pPr>
        <w:spacing w:after="60" w:line="269" w:lineRule="auto"/>
        <w:ind w:left="113"/>
        <w:rPr>
          <w:rFonts w:ascii="ＭＳ Ｐ明朝" w:eastAsia="ＭＳ Ｐ明朝" w:hAnsi="ＭＳ Ｐ明朝"/>
          <w:sz w:val="24"/>
          <w:szCs w:val="32"/>
          <w:lang w:eastAsia="ja-JP"/>
        </w:rPr>
      </w:pPr>
      <w:r w:rsidRPr="007E6836">
        <w:rPr>
          <w:rFonts w:ascii="ＭＳ Ｐ明朝" w:eastAsia="ＭＳ Ｐ明朝" w:hAnsi="ＭＳ Ｐ明朝"/>
          <w:b/>
          <w:sz w:val="24"/>
          <w:szCs w:val="32"/>
          <w:lang w:eastAsia="ja-JP"/>
        </w:rPr>
        <w:t xml:space="preserve">１．対象事業　</w:t>
      </w:r>
      <w:r w:rsidRPr="007E6836">
        <w:rPr>
          <w:rFonts w:ascii="ＭＳ Ｐ明朝" w:eastAsia="ＭＳ Ｐ明朝" w:hAnsi="ＭＳ Ｐ明朝"/>
          <w:sz w:val="24"/>
          <w:szCs w:val="32"/>
          <w:lang w:eastAsia="ja-JP"/>
        </w:rPr>
        <w:t>ユース・コンボケーション（YC）支援事業</w:t>
      </w:r>
    </w:p>
    <w:p w14:paraId="6BF0323B" w14:textId="77777777" w:rsidR="000F3B5D" w:rsidRPr="007E6836" w:rsidRDefault="00AD016C">
      <w:pPr>
        <w:spacing w:after="60" w:line="269" w:lineRule="auto"/>
        <w:ind w:left="113"/>
        <w:rPr>
          <w:rFonts w:ascii="ＭＳ Ｐ明朝" w:eastAsia="ＭＳ Ｐ明朝" w:hAnsi="ＭＳ Ｐ明朝"/>
          <w:sz w:val="24"/>
          <w:szCs w:val="32"/>
          <w:lang w:eastAsia="ja-JP"/>
        </w:rPr>
      </w:pPr>
      <w:r w:rsidRPr="007E6836">
        <w:rPr>
          <w:rFonts w:ascii="ＭＳ Ｐ明朝" w:eastAsia="ＭＳ Ｐ明朝" w:hAnsi="ＭＳ Ｐ明朝"/>
          <w:b/>
          <w:sz w:val="24"/>
          <w:szCs w:val="32"/>
          <w:lang w:eastAsia="ja-JP"/>
        </w:rPr>
        <w:t xml:space="preserve">２．支援内容　</w:t>
      </w:r>
      <w:r w:rsidRPr="007E6836">
        <w:rPr>
          <w:rFonts w:ascii="ＭＳ Ｐ明朝" w:eastAsia="ＭＳ Ｐ明朝" w:hAnsi="ＭＳ Ｐ明朝"/>
          <w:sz w:val="24"/>
          <w:szCs w:val="32"/>
          <w:lang w:eastAsia="ja-JP"/>
        </w:rPr>
        <w:t>国際大会・アジア大会に合わせて開催されるユース交流事業への参加・派遣支援</w:t>
      </w:r>
    </w:p>
    <w:p w14:paraId="78C3F20C" w14:textId="77777777" w:rsidR="000F3B5D" w:rsidRPr="007E6836" w:rsidRDefault="00AD016C">
      <w:pPr>
        <w:spacing w:after="60" w:line="269" w:lineRule="auto"/>
        <w:ind w:left="113"/>
        <w:rPr>
          <w:rFonts w:ascii="ＭＳ Ｐ明朝" w:eastAsia="ＭＳ Ｐ明朝" w:hAnsi="ＭＳ Ｐ明朝"/>
          <w:sz w:val="24"/>
          <w:szCs w:val="32"/>
        </w:rPr>
      </w:pPr>
      <w:r w:rsidRPr="007E6836">
        <w:rPr>
          <w:rFonts w:ascii="ＭＳ Ｐ明朝" w:eastAsia="ＭＳ Ｐ明朝" w:hAnsi="ＭＳ Ｐ明朝"/>
          <w:b/>
          <w:sz w:val="24"/>
          <w:szCs w:val="32"/>
        </w:rPr>
        <w:t xml:space="preserve">３．京都部目標額　</w:t>
      </w:r>
      <w:r w:rsidRPr="007E6836">
        <w:rPr>
          <w:rFonts w:ascii="ＭＳ Ｐ明朝" w:eastAsia="ＭＳ Ｐ明朝" w:hAnsi="ＭＳ Ｐ明朝"/>
          <w:sz w:val="24"/>
          <w:szCs w:val="32"/>
        </w:rPr>
        <w:t>50,000円（第31期京都部予算）</w:t>
      </w:r>
    </w:p>
    <w:p w14:paraId="5E018D72" w14:textId="0D9BB902" w:rsidR="007E6836" w:rsidRDefault="00AD016C" w:rsidP="007E6836">
      <w:pPr>
        <w:spacing w:after="60" w:line="269" w:lineRule="auto"/>
        <w:ind w:leftChars="50" w:left="1425" w:hangingChars="550" w:hanging="1325"/>
        <w:rPr>
          <w:rFonts w:ascii="ＭＳ Ｐ明朝" w:eastAsia="ＭＳ Ｐ明朝" w:hAnsi="ＭＳ Ｐ明朝"/>
          <w:sz w:val="24"/>
          <w:szCs w:val="32"/>
        </w:rPr>
      </w:pPr>
      <w:r w:rsidRPr="007E6836">
        <w:rPr>
          <w:rFonts w:ascii="ＭＳ Ｐ明朝" w:eastAsia="ＭＳ Ｐ明朝" w:hAnsi="ＭＳ Ｐ明朝"/>
          <w:b/>
          <w:sz w:val="24"/>
          <w:szCs w:val="32"/>
        </w:rPr>
        <w:t xml:space="preserve">４．振込先　</w:t>
      </w:r>
      <w:r w:rsidR="00FB43A4">
        <w:rPr>
          <w:rFonts w:ascii="ＭＳ Ｐ明朝" w:eastAsia="ＭＳ Ｐ明朝" w:hAnsi="ＭＳ Ｐ明朝" w:hint="eastAsia"/>
          <w:sz w:val="24"/>
          <w:szCs w:val="32"/>
          <w:lang w:eastAsia="ja-JP"/>
        </w:rPr>
        <w:t>京都信用金庫</w:t>
      </w:r>
      <w:r w:rsidRPr="007E6836">
        <w:rPr>
          <w:rFonts w:ascii="ＭＳ Ｐ明朝" w:eastAsia="ＭＳ Ｐ明朝" w:hAnsi="ＭＳ Ｐ明朝"/>
          <w:sz w:val="24"/>
          <w:szCs w:val="32"/>
        </w:rPr>
        <w:t xml:space="preserve">　</w:t>
      </w:r>
      <w:r w:rsidR="00FB43A4">
        <w:rPr>
          <w:rFonts w:ascii="ＭＳ Ｐ明朝" w:eastAsia="ＭＳ Ｐ明朝" w:hAnsi="ＭＳ Ｐ明朝" w:hint="eastAsia"/>
          <w:sz w:val="24"/>
          <w:szCs w:val="32"/>
          <w:lang w:eastAsia="ja-JP"/>
        </w:rPr>
        <w:t>北伏見</w:t>
      </w:r>
      <w:r w:rsidRPr="007E6836">
        <w:rPr>
          <w:rFonts w:ascii="ＭＳ Ｐ明朝" w:eastAsia="ＭＳ Ｐ明朝" w:hAnsi="ＭＳ Ｐ明朝"/>
          <w:sz w:val="24"/>
          <w:szCs w:val="32"/>
        </w:rPr>
        <w:t xml:space="preserve">支店　普通 </w:t>
      </w:r>
      <w:r w:rsidR="00FB43A4">
        <w:rPr>
          <w:rFonts w:ascii="ＭＳ Ｐ明朝" w:eastAsia="ＭＳ Ｐ明朝" w:hAnsi="ＭＳ Ｐ明朝" w:hint="eastAsia"/>
          <w:sz w:val="24"/>
          <w:szCs w:val="32"/>
          <w:lang w:eastAsia="ja-JP"/>
        </w:rPr>
        <w:t>3084279</w:t>
      </w:r>
    </w:p>
    <w:p w14:paraId="1029B6DD" w14:textId="01F5C30A" w:rsidR="000F3B5D" w:rsidRPr="007E6836" w:rsidRDefault="00AD016C" w:rsidP="007E6836">
      <w:pPr>
        <w:spacing w:after="60" w:line="269" w:lineRule="auto"/>
        <w:ind w:leftChars="550" w:left="1100" w:firstLineChars="100" w:firstLine="240"/>
        <w:rPr>
          <w:rFonts w:ascii="ＭＳ Ｐ明朝" w:eastAsia="ＭＳ Ｐ明朝" w:hAnsi="ＭＳ Ｐ明朝" w:hint="eastAsia"/>
          <w:sz w:val="24"/>
          <w:szCs w:val="32"/>
          <w:lang w:eastAsia="ja-JP"/>
        </w:rPr>
      </w:pPr>
      <w:r w:rsidRPr="007E6836">
        <w:rPr>
          <w:rFonts w:ascii="ＭＳ Ｐ明朝" w:eastAsia="ＭＳ Ｐ明朝" w:hAnsi="ＭＳ Ｐ明朝"/>
          <w:sz w:val="24"/>
          <w:szCs w:val="32"/>
          <w:lang w:eastAsia="ja-JP"/>
        </w:rPr>
        <w:t>口座名義：</w:t>
      </w:r>
      <w:r w:rsidR="00FB43A4">
        <w:rPr>
          <w:rFonts w:ascii="ＭＳ Ｐ明朝" w:eastAsia="ＭＳ Ｐ明朝" w:hAnsi="ＭＳ Ｐ明朝" w:hint="eastAsia"/>
          <w:sz w:val="24"/>
          <w:szCs w:val="32"/>
          <w:lang w:eastAsia="ja-JP"/>
        </w:rPr>
        <w:t xml:space="preserve">ワイズメンズクラブ国際協会京都部　</w:t>
      </w:r>
      <w:r w:rsidRPr="007E6836">
        <w:rPr>
          <w:rFonts w:ascii="ＭＳ Ｐ明朝" w:eastAsia="ＭＳ Ｐ明朝" w:hAnsi="ＭＳ Ｐ明朝"/>
          <w:sz w:val="24"/>
          <w:szCs w:val="32"/>
          <w:lang w:eastAsia="ja-JP"/>
        </w:rPr>
        <w:t>会計</w:t>
      </w:r>
      <w:r w:rsidR="00FB43A4">
        <w:rPr>
          <w:rFonts w:ascii="ＭＳ Ｐ明朝" w:eastAsia="ＭＳ Ｐ明朝" w:hAnsi="ＭＳ Ｐ明朝" w:hint="eastAsia"/>
          <w:sz w:val="24"/>
          <w:szCs w:val="32"/>
          <w:lang w:eastAsia="ja-JP"/>
        </w:rPr>
        <w:t xml:space="preserve">　久保田 雅彦</w:t>
      </w:r>
    </w:p>
    <w:p w14:paraId="2B59038B" w14:textId="0279F703" w:rsidR="000F3B5D" w:rsidRPr="007E6836" w:rsidRDefault="00AD016C">
      <w:pPr>
        <w:spacing w:after="60" w:line="269" w:lineRule="auto"/>
        <w:ind w:left="113"/>
        <w:rPr>
          <w:rFonts w:ascii="ＭＳ Ｐ明朝" w:eastAsia="ＭＳ Ｐ明朝" w:hAnsi="ＭＳ Ｐ明朝"/>
          <w:sz w:val="24"/>
          <w:szCs w:val="32"/>
          <w:lang w:eastAsia="ja-JP"/>
        </w:rPr>
      </w:pPr>
      <w:r w:rsidRPr="007E6836">
        <w:rPr>
          <w:rFonts w:ascii="ＭＳ Ｐ明朝" w:eastAsia="ＭＳ Ｐ明朝" w:hAnsi="ＭＳ Ｐ明朝"/>
          <w:b/>
          <w:sz w:val="24"/>
          <w:szCs w:val="32"/>
          <w:lang w:eastAsia="ja-JP"/>
        </w:rPr>
        <w:t xml:space="preserve">５．献金締切　</w:t>
      </w:r>
      <w:r w:rsidRPr="007E6836">
        <w:rPr>
          <w:rFonts w:ascii="ＭＳ Ｐ明朝" w:eastAsia="ＭＳ Ｐ明朝" w:hAnsi="ＭＳ Ｐ明朝"/>
          <w:sz w:val="24"/>
          <w:szCs w:val="32"/>
          <w:lang w:eastAsia="ja-JP"/>
        </w:rPr>
        <w:t>202</w:t>
      </w:r>
      <w:r w:rsidR="0083583F">
        <w:rPr>
          <w:rFonts w:ascii="ＭＳ Ｐ明朝" w:eastAsia="ＭＳ Ｐ明朝" w:hAnsi="ＭＳ Ｐ明朝" w:hint="eastAsia"/>
          <w:sz w:val="24"/>
          <w:szCs w:val="32"/>
          <w:lang w:eastAsia="ja-JP"/>
        </w:rPr>
        <w:t>6</w:t>
      </w:r>
      <w:r w:rsidRPr="007E6836">
        <w:rPr>
          <w:rFonts w:ascii="ＭＳ Ｐ明朝" w:eastAsia="ＭＳ Ｐ明朝" w:hAnsi="ＭＳ Ｐ明朝"/>
          <w:sz w:val="24"/>
          <w:szCs w:val="32"/>
          <w:lang w:eastAsia="ja-JP"/>
        </w:rPr>
        <w:t>年</w:t>
      </w:r>
      <w:r w:rsidR="0083583F">
        <w:rPr>
          <w:rFonts w:ascii="ＭＳ Ｐ明朝" w:eastAsia="ＭＳ Ｐ明朝" w:hAnsi="ＭＳ Ｐ明朝" w:hint="eastAsia"/>
          <w:sz w:val="24"/>
          <w:szCs w:val="32"/>
          <w:lang w:eastAsia="ja-JP"/>
        </w:rPr>
        <w:t>12</w:t>
      </w:r>
      <w:r w:rsidRPr="007E6836">
        <w:rPr>
          <w:rFonts w:ascii="ＭＳ Ｐ明朝" w:eastAsia="ＭＳ Ｐ明朝" w:hAnsi="ＭＳ Ｐ明朝"/>
          <w:sz w:val="24"/>
          <w:szCs w:val="32"/>
          <w:lang w:eastAsia="ja-JP"/>
        </w:rPr>
        <w:t>月</w:t>
      </w:r>
      <w:r w:rsidR="0083583F">
        <w:rPr>
          <w:rFonts w:ascii="ＭＳ Ｐ明朝" w:eastAsia="ＭＳ Ｐ明朝" w:hAnsi="ＭＳ Ｐ明朝" w:hint="eastAsia"/>
          <w:sz w:val="24"/>
          <w:szCs w:val="32"/>
          <w:lang w:eastAsia="ja-JP"/>
        </w:rPr>
        <w:t>20</w:t>
      </w:r>
      <w:r w:rsidRPr="007E6836">
        <w:rPr>
          <w:rFonts w:ascii="ＭＳ Ｐ明朝" w:eastAsia="ＭＳ Ｐ明朝" w:hAnsi="ＭＳ Ｐ明朝"/>
          <w:sz w:val="24"/>
          <w:szCs w:val="32"/>
          <w:lang w:eastAsia="ja-JP"/>
        </w:rPr>
        <w:t>日</w:t>
      </w:r>
    </w:p>
    <w:p w14:paraId="10E9BB5F" w14:textId="77777777" w:rsidR="000F3B5D" w:rsidRPr="007E6836" w:rsidRDefault="00AD016C">
      <w:pPr>
        <w:spacing w:after="60" w:line="269" w:lineRule="auto"/>
        <w:ind w:left="113"/>
        <w:rPr>
          <w:rFonts w:ascii="ＭＳ Ｐ明朝" w:eastAsia="ＭＳ Ｐ明朝" w:hAnsi="ＭＳ Ｐ明朝"/>
          <w:sz w:val="24"/>
          <w:szCs w:val="32"/>
          <w:lang w:eastAsia="ja-JP"/>
        </w:rPr>
      </w:pPr>
      <w:r w:rsidRPr="007E6836">
        <w:rPr>
          <w:rFonts w:ascii="ＭＳ Ｐ明朝" w:eastAsia="ＭＳ Ｐ明朝" w:hAnsi="ＭＳ Ｐ明朝"/>
          <w:b/>
          <w:sz w:val="24"/>
          <w:szCs w:val="32"/>
          <w:lang w:eastAsia="ja-JP"/>
        </w:rPr>
        <w:t xml:space="preserve">６．振込後の連絡　</w:t>
      </w:r>
      <w:r w:rsidRPr="007E6836">
        <w:rPr>
          <w:rFonts w:ascii="ＭＳ Ｐ明朝" w:eastAsia="ＭＳ Ｐ明朝" w:hAnsi="ＭＳ Ｐ明朝"/>
          <w:sz w:val="24"/>
          <w:szCs w:val="32"/>
          <w:lang w:eastAsia="ja-JP"/>
        </w:rPr>
        <w:t>振込日・クラブ名・YC献金金額を下記担当者へメールでご連絡ください。</w:t>
      </w:r>
    </w:p>
    <w:p w14:paraId="71C5F71D" w14:textId="77777777" w:rsidR="000F3B5D" w:rsidRPr="007E6836" w:rsidRDefault="00AD016C" w:rsidP="007E6836">
      <w:pPr>
        <w:spacing w:after="120"/>
        <w:ind w:firstLineChars="800" w:firstLine="1920"/>
        <w:rPr>
          <w:rFonts w:ascii="ＭＳ Ｐ明朝" w:eastAsia="ＭＳ Ｐ明朝" w:hAnsi="ＭＳ Ｐ明朝"/>
          <w:sz w:val="24"/>
          <w:szCs w:val="32"/>
          <w:lang w:eastAsia="ja-JP"/>
        </w:rPr>
      </w:pPr>
      <w:r w:rsidRPr="007E6836">
        <w:rPr>
          <w:rFonts w:ascii="ＭＳ Ｐ明朝" w:eastAsia="ＭＳ Ｐ明朝" w:hAnsi="ＭＳ Ｐ明朝"/>
          <w:sz w:val="24"/>
          <w:szCs w:val="32"/>
          <w:lang w:eastAsia="ja-JP"/>
        </w:rPr>
        <w:t>※ 振込手数料は各クラブにてご負担くださいますようお願いいたします。</w:t>
      </w:r>
    </w:p>
    <w:p w14:paraId="52A5F7F0" w14:textId="77777777" w:rsidR="000F3B5D" w:rsidRPr="007E6836" w:rsidRDefault="00AD016C" w:rsidP="007E6836">
      <w:pPr>
        <w:ind w:firstLineChars="800" w:firstLine="1920"/>
        <w:rPr>
          <w:rFonts w:ascii="ＭＳ Ｐ明朝" w:eastAsia="ＭＳ Ｐ明朝" w:hAnsi="ＭＳ Ｐ明朝"/>
          <w:sz w:val="24"/>
          <w:szCs w:val="32"/>
          <w:lang w:eastAsia="ja-JP"/>
        </w:rPr>
      </w:pPr>
      <w:r w:rsidRPr="007E6836">
        <w:rPr>
          <w:rFonts w:ascii="ＭＳ Ｐ明朝" w:eastAsia="ＭＳ Ｐ明朝" w:hAnsi="ＭＳ Ｐ明朝"/>
          <w:sz w:val="24"/>
          <w:szCs w:val="32"/>
          <w:lang w:eastAsia="ja-JP"/>
        </w:rPr>
        <w:t>【連絡先】京都部 YMCAサービス・ユース事業主査　椿森 昌史</w:t>
      </w:r>
    </w:p>
    <w:p w14:paraId="44259B50" w14:textId="17069AD9" w:rsidR="000F3B5D" w:rsidRPr="007E6836" w:rsidRDefault="00AD016C" w:rsidP="001C75BA">
      <w:pPr>
        <w:spacing w:after="160"/>
        <w:ind w:leftChars="1400" w:left="2800"/>
        <w:rPr>
          <w:rFonts w:ascii="ＭＳ Ｐ明朝" w:eastAsia="ＭＳ Ｐ明朝" w:hAnsi="ＭＳ Ｐ明朝"/>
          <w:sz w:val="24"/>
          <w:szCs w:val="32"/>
          <w:lang w:eastAsia="ja-JP"/>
        </w:rPr>
      </w:pPr>
      <w:r w:rsidRPr="007E6836">
        <w:rPr>
          <w:rFonts w:ascii="ＭＳ Ｐ明朝" w:eastAsia="ＭＳ Ｐ明朝" w:hAnsi="ＭＳ Ｐ明朝"/>
          <w:sz w:val="24"/>
          <w:szCs w:val="32"/>
        </w:rPr>
        <w:t>メール</w:t>
      </w:r>
      <w:r w:rsidR="001C75BA">
        <w:rPr>
          <w:rFonts w:ascii="ＭＳ Ｐ明朝" w:eastAsia="ＭＳ Ｐ明朝" w:hAnsi="ＭＳ Ｐ明朝" w:hint="eastAsia"/>
          <w:sz w:val="24"/>
          <w:szCs w:val="32"/>
          <w:lang w:eastAsia="ja-JP"/>
        </w:rPr>
        <w:t xml:space="preserve">　</w:t>
      </w:r>
      <w:hyperlink r:id="rId6" w:history="1">
        <w:r w:rsidR="001C75BA" w:rsidRPr="007E2FB2">
          <w:rPr>
            <w:rStyle w:val="aff"/>
            <w:rFonts w:ascii="ＭＳ Ｐ明朝" w:eastAsia="ＭＳ Ｐ明朝" w:hAnsi="ＭＳ Ｐ明朝"/>
            <w:sz w:val="24"/>
            <w:szCs w:val="32"/>
            <w:lang w:eastAsia="ja-JP"/>
          </w:rPr>
          <w:t>tsubakimori</w:t>
        </w:r>
        <w:r w:rsidR="001C75BA" w:rsidRPr="007E2FB2">
          <w:rPr>
            <w:rStyle w:val="aff"/>
            <w:rFonts w:ascii="ＭＳ Ｐ明朝" w:eastAsia="ＭＳ Ｐ明朝" w:hAnsi="ＭＳ Ｐ明朝"/>
            <w:sz w:val="24"/>
            <w:szCs w:val="32"/>
          </w:rPr>
          <w:t>@</w:t>
        </w:r>
        <w:r w:rsidR="001C75BA" w:rsidRPr="007E2FB2">
          <w:rPr>
            <w:rStyle w:val="aff"/>
            <w:rFonts w:ascii="ＭＳ Ｐ明朝" w:eastAsia="ＭＳ Ｐ明朝" w:hAnsi="ＭＳ Ｐ明朝"/>
            <w:sz w:val="24"/>
            <w:szCs w:val="32"/>
            <w:lang w:eastAsia="ja-JP"/>
          </w:rPr>
          <w:t>tsubaki-design</w:t>
        </w:r>
        <w:r w:rsidR="001C75BA" w:rsidRPr="007E2FB2">
          <w:rPr>
            <w:rStyle w:val="aff"/>
            <w:rFonts w:ascii="ＭＳ Ｐ明朝" w:eastAsia="ＭＳ Ｐ明朝" w:hAnsi="ＭＳ Ｐ明朝"/>
            <w:sz w:val="24"/>
            <w:szCs w:val="32"/>
          </w:rPr>
          <w:t>.com</w:t>
        </w:r>
      </w:hyperlink>
      <w:r w:rsidR="001C75BA">
        <w:rPr>
          <w:rFonts w:ascii="ＭＳ Ｐ明朝" w:eastAsia="ＭＳ Ｐ明朝" w:hAnsi="ＭＳ Ｐ明朝"/>
          <w:sz w:val="24"/>
          <w:szCs w:val="32"/>
          <w:lang w:eastAsia="ja-JP"/>
        </w:rPr>
        <w:br/>
      </w:r>
      <w:r w:rsidRPr="007E6836">
        <w:rPr>
          <w:rFonts w:ascii="ＭＳ Ｐ明朝" w:eastAsia="ＭＳ Ｐ明朝" w:hAnsi="ＭＳ Ｐ明朝"/>
          <w:sz w:val="24"/>
          <w:szCs w:val="32"/>
        </w:rPr>
        <w:t>電話</w:t>
      </w:r>
      <w:r w:rsidR="001C75BA">
        <w:rPr>
          <w:rFonts w:ascii="ＭＳ Ｐ明朝" w:eastAsia="ＭＳ Ｐ明朝" w:hAnsi="ＭＳ Ｐ明朝" w:hint="eastAsia"/>
          <w:sz w:val="24"/>
          <w:szCs w:val="32"/>
          <w:lang w:eastAsia="ja-JP"/>
        </w:rPr>
        <w:t xml:space="preserve">　　</w:t>
      </w:r>
      <w:r w:rsidR="007E6836">
        <w:rPr>
          <w:rFonts w:ascii="ＭＳ Ｐ明朝" w:eastAsia="ＭＳ Ｐ明朝" w:hAnsi="ＭＳ Ｐ明朝" w:hint="eastAsia"/>
          <w:sz w:val="24"/>
          <w:szCs w:val="32"/>
          <w:lang w:eastAsia="ja-JP"/>
        </w:rPr>
        <w:t>090</w:t>
      </w:r>
      <w:r w:rsidRPr="007E6836">
        <w:rPr>
          <w:rFonts w:ascii="ＭＳ Ｐ明朝" w:eastAsia="ＭＳ Ｐ明朝" w:hAnsi="ＭＳ Ｐ明朝"/>
          <w:sz w:val="24"/>
          <w:szCs w:val="32"/>
        </w:rPr>
        <w:t>-</w:t>
      </w:r>
      <w:r w:rsidR="007E6836">
        <w:rPr>
          <w:rFonts w:ascii="ＭＳ Ｐ明朝" w:eastAsia="ＭＳ Ｐ明朝" w:hAnsi="ＭＳ Ｐ明朝" w:hint="eastAsia"/>
          <w:sz w:val="24"/>
          <w:szCs w:val="32"/>
          <w:lang w:eastAsia="ja-JP"/>
        </w:rPr>
        <w:t>8232</w:t>
      </w:r>
      <w:r w:rsidRPr="007E6836">
        <w:rPr>
          <w:rFonts w:ascii="ＭＳ Ｐ明朝" w:eastAsia="ＭＳ Ｐ明朝" w:hAnsi="ＭＳ Ｐ明朝"/>
          <w:sz w:val="24"/>
          <w:szCs w:val="32"/>
        </w:rPr>
        <w:t>-</w:t>
      </w:r>
      <w:r w:rsidR="007E6836">
        <w:rPr>
          <w:rFonts w:ascii="ＭＳ Ｐ明朝" w:eastAsia="ＭＳ Ｐ明朝" w:hAnsi="ＭＳ Ｐ明朝" w:hint="eastAsia"/>
          <w:sz w:val="24"/>
          <w:szCs w:val="32"/>
          <w:lang w:eastAsia="ja-JP"/>
        </w:rPr>
        <w:t>1831</w:t>
      </w:r>
    </w:p>
    <w:p w14:paraId="3263688E" w14:textId="77777777" w:rsidR="007E6836" w:rsidRDefault="007E6836" w:rsidP="007E6836">
      <w:pPr>
        <w:rPr>
          <w:rFonts w:ascii="ＭＳ Ｐ明朝" w:eastAsia="ＭＳ Ｐ明朝" w:hAnsi="ＭＳ Ｐ明朝"/>
          <w:sz w:val="24"/>
          <w:szCs w:val="32"/>
          <w:lang w:eastAsia="ja-JP"/>
        </w:rPr>
      </w:pPr>
    </w:p>
    <w:p w14:paraId="71C41FD4" w14:textId="122862CF" w:rsidR="000F3B5D" w:rsidRPr="007E6836" w:rsidRDefault="00AD016C" w:rsidP="007E6836">
      <w:pPr>
        <w:ind w:firstLineChars="100" w:firstLine="240"/>
        <w:rPr>
          <w:rFonts w:ascii="ＭＳ Ｐ明朝" w:eastAsia="ＭＳ Ｐ明朝" w:hAnsi="ＭＳ Ｐ明朝"/>
          <w:sz w:val="24"/>
          <w:szCs w:val="32"/>
          <w:lang w:eastAsia="ja-JP"/>
        </w:rPr>
      </w:pPr>
      <w:r w:rsidRPr="007E6836">
        <w:rPr>
          <w:rFonts w:ascii="ＭＳ Ｐ明朝" w:eastAsia="ＭＳ Ｐ明朝" w:hAnsi="ＭＳ Ｐ明朝"/>
          <w:sz w:val="24"/>
          <w:szCs w:val="32"/>
          <w:lang w:eastAsia="ja-JP"/>
        </w:rPr>
        <w:t>皆様の温かいご支援をお願い申し上げます。</w:t>
      </w:r>
    </w:p>
    <w:p w14:paraId="0C060B12" w14:textId="77777777" w:rsidR="000F3B5D" w:rsidRPr="007E6836" w:rsidRDefault="00AD016C">
      <w:pPr>
        <w:jc w:val="right"/>
        <w:rPr>
          <w:rFonts w:ascii="ＭＳ Ｐ明朝" w:eastAsia="ＭＳ Ｐ明朝" w:hAnsi="ＭＳ Ｐ明朝"/>
          <w:sz w:val="24"/>
          <w:szCs w:val="32"/>
        </w:rPr>
      </w:pPr>
      <w:r w:rsidRPr="007E6836">
        <w:rPr>
          <w:rFonts w:ascii="ＭＳ Ｐ明朝" w:eastAsia="ＭＳ Ｐ明朝" w:hAnsi="ＭＳ Ｐ明朝"/>
          <w:sz w:val="24"/>
          <w:szCs w:val="32"/>
        </w:rPr>
        <w:t>以上</w:t>
      </w:r>
    </w:p>
    <w:sectPr w:rsidR="000F3B5D" w:rsidRPr="007E6836" w:rsidSect="007E6836">
      <w:pgSz w:w="11906" w:h="16838"/>
      <w:pgMar w:top="1418" w:right="849" w:bottom="96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ＭＳ Ｐ明朝">
    <w:panose1 w:val="02020600040205080304"/>
    <w:charset w:val="80"/>
    <w:family w:val="roma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92402480">
    <w:abstractNumId w:val="8"/>
  </w:num>
  <w:num w:numId="2" w16cid:durableId="859978327">
    <w:abstractNumId w:val="6"/>
  </w:num>
  <w:num w:numId="3" w16cid:durableId="457603645">
    <w:abstractNumId w:val="5"/>
  </w:num>
  <w:num w:numId="4" w16cid:durableId="484787751">
    <w:abstractNumId w:val="4"/>
  </w:num>
  <w:num w:numId="5" w16cid:durableId="143785995">
    <w:abstractNumId w:val="7"/>
  </w:num>
  <w:num w:numId="6" w16cid:durableId="189298573">
    <w:abstractNumId w:val="3"/>
  </w:num>
  <w:num w:numId="7" w16cid:durableId="1144545498">
    <w:abstractNumId w:val="2"/>
  </w:num>
  <w:num w:numId="8" w16cid:durableId="124399633">
    <w:abstractNumId w:val="1"/>
  </w:num>
  <w:num w:numId="9" w16cid:durableId="928923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3B5D"/>
    <w:rsid w:val="00123FB8"/>
    <w:rsid w:val="0015074B"/>
    <w:rsid w:val="001C75BA"/>
    <w:rsid w:val="001D2177"/>
    <w:rsid w:val="00217CB6"/>
    <w:rsid w:val="0029639D"/>
    <w:rsid w:val="00326F90"/>
    <w:rsid w:val="00717316"/>
    <w:rsid w:val="007E6836"/>
    <w:rsid w:val="0083583F"/>
    <w:rsid w:val="00AA1D8D"/>
    <w:rsid w:val="00AD016C"/>
    <w:rsid w:val="00B47730"/>
    <w:rsid w:val="00CB0664"/>
    <w:rsid w:val="00FB43A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31AA1E7E"/>
  <w14:defaultImageDpi w14:val="300"/>
  <w15:docId w15:val="{EB798402-8928-461E-B65E-0DA11B131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88" w:lineRule="auto"/>
    </w:pPr>
    <w:rPr>
      <w:rFonts w:ascii="游明朝" w:eastAsia="游明朝" w:hAnsi="游明朝"/>
      <w:sz w:val="20"/>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Hyperlink"/>
    <w:basedOn w:val="a2"/>
    <w:uiPriority w:val="99"/>
    <w:unhideWhenUsed/>
    <w:rsid w:val="001C75BA"/>
    <w:rPr>
      <w:color w:val="0000FF" w:themeColor="hyperlink"/>
      <w:u w:val="single"/>
    </w:rPr>
  </w:style>
  <w:style w:type="character" w:styleId="aff0">
    <w:name w:val="Unresolved Mention"/>
    <w:basedOn w:val="a2"/>
    <w:uiPriority w:val="99"/>
    <w:semiHidden/>
    <w:unhideWhenUsed/>
    <w:rsid w:val="001C75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subakimori@tsubaki-design.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133</Words>
  <Characters>759</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6</cp:revision>
  <dcterms:created xsi:type="dcterms:W3CDTF">2013-12-23T23:15:00Z</dcterms:created>
  <dcterms:modified xsi:type="dcterms:W3CDTF">2026-10-23T02:57:00Z</dcterms:modified>
  <cp:category/>
</cp:coreProperties>
</file>