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C527" w14:textId="77777777" w:rsidR="00B939E6" w:rsidRDefault="00A200FC" w:rsidP="00B939E6">
      <w:pPr>
        <w:spacing w:after="40"/>
        <w:jc w:val="center"/>
        <w:rPr>
          <w:sz w:val="20"/>
          <w:lang w:eastAsia="ja-JP"/>
        </w:rPr>
      </w:pPr>
      <w:r>
        <w:rPr>
          <w:noProof/>
          <w:sz w:val="20"/>
          <w:lang w:eastAsia="ja-JP"/>
        </w:rPr>
        <w:drawing>
          <wp:inline distT="0" distB="0" distL="0" distR="0" wp14:anchorId="44FFD81E" wp14:editId="711E4E25">
            <wp:extent cx="5552440" cy="819150"/>
            <wp:effectExtent l="0" t="0" r="0" b="0"/>
            <wp:docPr id="1294508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2440" cy="819150"/>
                    </a:xfrm>
                    <a:prstGeom prst="rect">
                      <a:avLst/>
                    </a:prstGeom>
                    <a:noFill/>
                    <a:ln>
                      <a:noFill/>
                    </a:ln>
                  </pic:spPr>
                </pic:pic>
              </a:graphicData>
            </a:graphic>
          </wp:inline>
        </w:drawing>
      </w:r>
    </w:p>
    <w:p w14:paraId="37933516" w14:textId="2A559FCA" w:rsidR="00CA682D" w:rsidRPr="000E6765" w:rsidRDefault="00BF4202">
      <w:pPr>
        <w:spacing w:after="40"/>
        <w:jc w:val="right"/>
        <w:rPr>
          <w:rFonts w:eastAsia="Yu Gothic"/>
          <w:lang w:eastAsia="ja-JP"/>
        </w:rPr>
      </w:pPr>
      <w:r w:rsidRPr="000E6765">
        <w:rPr>
          <w:rFonts w:eastAsia="Yu Gothic"/>
          <w:sz w:val="20"/>
          <w:lang w:eastAsia="ja-JP"/>
        </w:rPr>
        <w:t>2026年10月吉日</w:t>
      </w:r>
    </w:p>
    <w:p w14:paraId="2568542D" w14:textId="1BAC1658" w:rsidR="00CA682D" w:rsidRPr="000E6765" w:rsidRDefault="00BF4202">
      <w:pPr>
        <w:spacing w:after="40"/>
        <w:rPr>
          <w:rFonts w:eastAsia="Yu Gothic"/>
          <w:b/>
          <w:lang w:eastAsia="ja-JP"/>
        </w:rPr>
      </w:pPr>
      <w:r w:rsidRPr="000E6765">
        <w:rPr>
          <w:rFonts w:eastAsia="Yu Gothic"/>
          <w:b/>
          <w:lang w:eastAsia="ja-JP"/>
        </w:rPr>
        <w:t>ワイズメンズクラブ</w:t>
      </w:r>
      <w:r w:rsidR="000E6765">
        <w:rPr>
          <w:rFonts w:eastAsia="Yu Gothic" w:hint="eastAsia"/>
          <w:b/>
          <w:lang w:eastAsia="ja-JP"/>
        </w:rPr>
        <w:t xml:space="preserve">国際協会　</w:t>
      </w:r>
      <w:r w:rsidRPr="000E6765">
        <w:rPr>
          <w:rFonts w:eastAsia="Yu Gothic"/>
          <w:b/>
          <w:lang w:eastAsia="ja-JP"/>
        </w:rPr>
        <w:t>西日本区</w:t>
      </w:r>
      <w:r w:rsidRPr="000E6765">
        <w:rPr>
          <w:rFonts w:eastAsia="Yu Gothic"/>
          <w:b/>
          <w:lang w:eastAsia="ja-JP"/>
        </w:rPr>
        <w:br/>
      </w:r>
      <w:r w:rsidR="00F0787C" w:rsidRPr="000E6765">
        <w:rPr>
          <w:rFonts w:eastAsia="Yu Gothic" w:hint="eastAsia"/>
          <w:b/>
          <w:lang w:eastAsia="ja-JP"/>
        </w:rPr>
        <w:t>各</w:t>
      </w:r>
      <w:r w:rsidRPr="000E6765">
        <w:rPr>
          <w:rFonts w:eastAsia="Yu Gothic"/>
          <w:b/>
          <w:lang w:eastAsia="ja-JP"/>
        </w:rPr>
        <w:t>クラブ会長</w:t>
      </w:r>
      <w:r w:rsidR="00F0787C" w:rsidRPr="000E6765">
        <w:rPr>
          <w:rFonts w:eastAsia="Yu Gothic" w:hint="eastAsia"/>
          <w:b/>
          <w:lang w:eastAsia="ja-JP"/>
        </w:rPr>
        <w:t>の皆</w:t>
      </w:r>
      <w:r w:rsidR="00251525" w:rsidRPr="000E6765">
        <w:rPr>
          <w:rFonts w:eastAsia="Yu Gothic" w:hint="eastAsia"/>
          <w:b/>
          <w:lang w:eastAsia="ja-JP"/>
        </w:rPr>
        <w:t>様</w:t>
      </w:r>
    </w:p>
    <w:p w14:paraId="787D56B1" w14:textId="482A6D87" w:rsidR="00BD2852" w:rsidRPr="000E6765" w:rsidRDefault="00BD2852">
      <w:pPr>
        <w:spacing w:after="40"/>
        <w:rPr>
          <w:rFonts w:eastAsia="Yu Gothic"/>
          <w:lang w:eastAsia="ja-JP"/>
        </w:rPr>
      </w:pPr>
      <w:r w:rsidRPr="000E6765">
        <w:rPr>
          <w:rFonts w:eastAsia="Yu Gothic" w:hint="eastAsia"/>
          <w:b/>
          <w:lang w:eastAsia="ja-JP"/>
        </w:rPr>
        <w:t>各クラブメンバーの皆様</w:t>
      </w:r>
    </w:p>
    <w:p w14:paraId="2E720B41" w14:textId="2AF69E65" w:rsidR="00CA682D" w:rsidRPr="000E6765" w:rsidRDefault="00BF4202">
      <w:pPr>
        <w:spacing w:after="360"/>
        <w:jc w:val="right"/>
        <w:rPr>
          <w:rFonts w:eastAsia="Yu Gothic"/>
          <w:lang w:eastAsia="ja-JP"/>
        </w:rPr>
      </w:pPr>
      <w:r w:rsidRPr="000E6765">
        <w:rPr>
          <w:rFonts w:eastAsia="Yu Gothic"/>
          <w:sz w:val="20"/>
          <w:lang w:eastAsia="ja-JP"/>
        </w:rPr>
        <w:t>ワイズメンズクラブ</w:t>
      </w:r>
      <w:r w:rsidR="00D718AA">
        <w:rPr>
          <w:rFonts w:eastAsia="Yu Gothic" w:hint="eastAsia"/>
          <w:sz w:val="20"/>
          <w:lang w:eastAsia="ja-JP"/>
        </w:rPr>
        <w:t xml:space="preserve">国際協会　</w:t>
      </w:r>
      <w:r w:rsidRPr="000E6765">
        <w:rPr>
          <w:rFonts w:eastAsia="Yu Gothic"/>
          <w:sz w:val="20"/>
          <w:lang w:eastAsia="ja-JP"/>
        </w:rPr>
        <w:t>西日本区</w:t>
      </w:r>
      <w:r w:rsidRPr="000E6765">
        <w:rPr>
          <w:rFonts w:eastAsia="Yu Gothic"/>
          <w:sz w:val="20"/>
          <w:lang w:eastAsia="ja-JP"/>
        </w:rPr>
        <w:br/>
      </w:r>
      <w:r w:rsidR="00530BCB" w:rsidRPr="000E6765">
        <w:rPr>
          <w:rFonts w:eastAsia="Yu Gothic" w:hint="eastAsia"/>
          <w:lang w:eastAsia="ja-JP"/>
        </w:rPr>
        <w:t>理事　　岡村　遍導</w:t>
      </w:r>
      <w:r w:rsidR="00530BCB" w:rsidRPr="000E6765">
        <w:rPr>
          <w:rFonts w:eastAsia="Yu Gothic"/>
          <w:lang w:eastAsia="ja-JP"/>
        </w:rPr>
        <w:br/>
      </w:r>
      <w:r w:rsidR="00530BCB" w:rsidRPr="000E6765">
        <w:rPr>
          <w:rFonts w:eastAsia="Yu Gothic" w:hint="eastAsia"/>
          <w:lang w:eastAsia="ja-JP"/>
        </w:rPr>
        <w:t>地域奉仕・環境事業主任　　東　菜保子</w:t>
      </w:r>
    </w:p>
    <w:p w14:paraId="68268C56" w14:textId="77777777" w:rsidR="00CA682D" w:rsidRPr="000E6765" w:rsidRDefault="00BF4202">
      <w:pPr>
        <w:spacing w:after="80"/>
        <w:jc w:val="center"/>
        <w:rPr>
          <w:rFonts w:eastAsia="Yu Gothic"/>
          <w:lang w:eastAsia="ja-JP"/>
        </w:rPr>
      </w:pPr>
      <w:r w:rsidRPr="000E6765">
        <w:rPr>
          <w:rFonts w:eastAsia="Yu Gothic"/>
          <w:b/>
          <w:color w:val="2E7D32"/>
          <w:sz w:val="24"/>
          <w:lang w:eastAsia="ja-JP"/>
        </w:rPr>
        <w:t>【参加クラブ募集のご案内】</w:t>
      </w:r>
      <w:r w:rsidRPr="000E6765">
        <w:rPr>
          <w:rFonts w:eastAsia="Yu Gothic"/>
          <w:b/>
          <w:color w:val="2E7D32"/>
          <w:sz w:val="24"/>
          <w:lang w:eastAsia="ja-JP"/>
        </w:rPr>
        <w:br/>
      </w:r>
      <w:r w:rsidRPr="000E6765">
        <w:rPr>
          <w:rFonts w:eastAsia="Yu Gothic"/>
          <w:b/>
          <w:color w:val="2E7D32"/>
          <w:sz w:val="30"/>
          <w:lang w:eastAsia="ja-JP"/>
        </w:rPr>
        <w:t>西日本区一斉環境保全プロジェクト</w:t>
      </w:r>
      <w:r w:rsidRPr="000E6765">
        <w:rPr>
          <w:rFonts w:eastAsia="Yu Gothic"/>
          <w:b/>
          <w:color w:val="2E7D32"/>
          <w:sz w:val="30"/>
          <w:lang w:eastAsia="ja-JP"/>
        </w:rPr>
        <w:br/>
        <w:t>「地域に花を咲かせよう いのちの土づくりアクション」</w:t>
      </w:r>
    </w:p>
    <w:p w14:paraId="103CDF58" w14:textId="77777777" w:rsidR="0038055D" w:rsidRDefault="0038055D" w:rsidP="0038055D">
      <w:pPr>
        <w:pStyle w:val="18"/>
        <w:spacing w:after="240" w:line="300" w:lineRule="auto"/>
      </w:pPr>
    </w:p>
    <w:p w14:paraId="29CBFF50" w14:textId="50636550" w:rsidR="00DB3457" w:rsidRPr="0038055D" w:rsidRDefault="00FB76BB" w:rsidP="00DB3457">
      <w:pPr>
        <w:pStyle w:val="18"/>
        <w:spacing w:after="240" w:line="300" w:lineRule="auto"/>
        <w:ind w:firstLineChars="100" w:firstLine="210"/>
        <w:rPr>
          <w:b/>
          <w:bCs/>
        </w:rPr>
      </w:pPr>
      <w:r w:rsidRPr="00D718AA">
        <w:t>西日本区では</w:t>
      </w:r>
      <w:r w:rsidR="008414BE" w:rsidRPr="00D718AA">
        <w:rPr>
          <w:rFonts w:hint="eastAsia"/>
        </w:rPr>
        <w:t>、子どもたちに命の循環を伝え、クラブの</w:t>
      </w:r>
      <w:r w:rsidRPr="00D718AA">
        <w:t>地域</w:t>
      </w:r>
      <w:r w:rsidR="008414BE" w:rsidRPr="00D718AA">
        <w:rPr>
          <w:rFonts w:hint="eastAsia"/>
        </w:rPr>
        <w:t>での認知</w:t>
      </w:r>
      <w:r w:rsidRPr="00D718AA">
        <w:t>と</w:t>
      </w:r>
      <w:r w:rsidR="008414BE" w:rsidRPr="00D718AA">
        <w:rPr>
          <w:rFonts w:hint="eastAsia"/>
        </w:rPr>
        <w:t>信頼を高めることを目的に</w:t>
      </w:r>
      <w:r w:rsidRPr="00D718AA">
        <w:t>、「西日本区一斉環境保全プロジェクト」を</w:t>
      </w:r>
      <w:r w:rsidR="008414BE" w:rsidRPr="00D718AA">
        <w:rPr>
          <w:rFonts w:hint="eastAsia"/>
        </w:rPr>
        <w:t>実施します。つきましては、</w:t>
      </w:r>
      <w:r w:rsidRPr="00D718AA">
        <w:t>地域の幼稚園・保育園等と</w:t>
      </w:r>
      <w:r w:rsidR="008414BE" w:rsidRPr="00D718AA">
        <w:rPr>
          <w:rFonts w:hint="eastAsia"/>
        </w:rPr>
        <w:t>ともに本事業へ取り組んでくださる「実施協力クラブ」を、西日本区内から広く募集いたします。</w:t>
      </w:r>
      <w:r w:rsidR="00FB655D">
        <w:rPr>
          <w:rFonts w:hint="eastAsia"/>
        </w:rPr>
        <w:t>つきましては、</w:t>
      </w:r>
      <w:r w:rsidR="00A2207D" w:rsidRPr="00A2207D">
        <w:rPr>
          <w:rFonts w:hint="eastAsia"/>
          <w:color w:val="auto"/>
        </w:rPr>
        <w:t>次に記載している本プロジェクトの概要・趣旨をご理解の上、添付の応募用紙で11月20日（金）までに奮って</w:t>
      </w:r>
      <w:r w:rsidR="0038055D">
        <w:rPr>
          <w:rFonts w:hint="eastAsia"/>
          <w:color w:val="auto"/>
        </w:rPr>
        <w:t>ご</w:t>
      </w:r>
      <w:r w:rsidR="00A2207D" w:rsidRPr="00A2207D">
        <w:rPr>
          <w:rFonts w:hint="eastAsia"/>
          <w:color w:val="auto"/>
        </w:rPr>
        <w:t>応募ください</w:t>
      </w:r>
      <w:r w:rsidR="0038055D">
        <w:rPr>
          <w:rFonts w:hint="eastAsia"/>
          <w:color w:val="auto"/>
        </w:rPr>
        <w:t>。</w:t>
      </w:r>
      <w:r w:rsidR="008414BE" w:rsidRPr="000E6765">
        <w:rPr>
          <w:rFonts w:hint="eastAsia"/>
        </w:rPr>
        <w:br/>
      </w:r>
      <w:r w:rsidR="008414BE" w:rsidRPr="000E6765">
        <w:rPr>
          <w:rFonts w:hint="eastAsia"/>
        </w:rPr>
        <w:br/>
      </w:r>
      <w:r w:rsidR="0038055D" w:rsidRPr="0038055D">
        <w:rPr>
          <w:b/>
          <w:bCs/>
        </w:rPr>
        <w:t>本事業は、段ボールコンポストでの「土づくり」とチューリップ栽培を通じ、完成した自家製堆肥を次の花へと繋ぐ約半年の体験型プログラムです。</w:t>
      </w:r>
    </w:p>
    <w:p w14:paraId="769E7AB6" w14:textId="5B4F6479" w:rsidR="00CA682D" w:rsidRPr="000E6765" w:rsidRDefault="00CA682D" w:rsidP="0038055D">
      <w:pPr>
        <w:spacing w:after="240" w:line="300" w:lineRule="auto"/>
        <w:ind w:right="210"/>
        <w:jc w:val="right"/>
        <w:rPr>
          <w:rFonts w:eastAsia="Yu Gothic"/>
          <w:lang w:eastAsia="ja-JP"/>
        </w:rPr>
      </w:pPr>
    </w:p>
    <w:tbl>
      <w:tblPr>
        <w:tblW w:w="0" w:type="auto"/>
        <w:jc w:val="center"/>
        <w:tblLayout w:type="fixed"/>
        <w:tblLook w:val="04A0" w:firstRow="1" w:lastRow="0" w:firstColumn="1" w:lastColumn="0" w:noHBand="0" w:noVBand="1"/>
      </w:tblPr>
      <w:tblGrid>
        <w:gridCol w:w="9648"/>
      </w:tblGrid>
      <w:tr w:rsidR="00CA682D" w14:paraId="180C3CAA" w14:textId="77777777">
        <w:trPr>
          <w:jc w:val="center"/>
        </w:trPr>
        <w:tc>
          <w:tcPr>
            <w:tcW w:w="9648" w:type="dxa"/>
            <w:tcBorders>
              <w:top w:val="single" w:sz="12" w:space="0" w:color="A5D6A7"/>
              <w:left w:val="single" w:sz="24" w:space="0" w:color="2E7D32"/>
              <w:bottom w:val="single" w:sz="12" w:space="0" w:color="A5D6A7"/>
              <w:right w:val="single" w:sz="12" w:space="0" w:color="A5D6A7"/>
            </w:tcBorders>
            <w:shd w:val="clear" w:color="auto" w:fill="F4F8F5"/>
            <w:tcMar>
              <w:top w:w="140" w:type="dxa"/>
              <w:left w:w="200" w:type="dxa"/>
              <w:bottom w:w="140" w:type="dxa"/>
              <w:right w:w="200" w:type="dxa"/>
            </w:tcMar>
          </w:tcPr>
          <w:p w14:paraId="38D6807E" w14:textId="7F34CC8A" w:rsidR="00CA682D" w:rsidRDefault="00BF4202">
            <w:pPr>
              <w:spacing w:after="0" w:line="312" w:lineRule="auto"/>
              <w:rPr>
                <w:lang w:eastAsia="ja-JP"/>
              </w:rPr>
            </w:pPr>
            <w:r>
              <w:rPr>
                <w:b/>
                <w:color w:val="2E7D32"/>
                <w:sz w:val="22"/>
                <w:lang w:eastAsia="ja-JP"/>
              </w:rPr>
              <w:t>【</w:t>
            </w:r>
            <w:r w:rsidRPr="000E6765">
              <w:rPr>
                <w:rFonts w:eastAsia="Yu Gothic"/>
                <w:b/>
                <w:color w:val="2E7D32"/>
                <w:sz w:val="22"/>
                <w:lang w:eastAsia="ja-JP"/>
              </w:rPr>
              <w:t>重要：募集要項・主要日程】</w:t>
            </w:r>
            <w:r w:rsidRPr="000E6765">
              <w:rPr>
                <w:rFonts w:eastAsia="Yu Gothic"/>
                <w:b/>
                <w:color w:val="2E7D32"/>
                <w:sz w:val="22"/>
                <w:lang w:eastAsia="ja-JP"/>
              </w:rPr>
              <w:br/>
            </w:r>
            <w:r w:rsidRPr="000E6765">
              <w:rPr>
                <w:rFonts w:eastAsia="Yu Gothic"/>
                <w:lang w:eastAsia="ja-JP"/>
              </w:rPr>
              <w:t>■ 募集クラブ数：約10拠点（各部バランスを考慮の上</w:t>
            </w:r>
            <w:r w:rsidR="0038055D">
              <w:rPr>
                <w:rFonts w:eastAsia="Yu Gothic" w:hint="eastAsia"/>
                <w:lang w:eastAsia="ja-JP"/>
              </w:rPr>
              <w:t>、地域奉仕・環境事業委員会で</w:t>
            </w:r>
            <w:r w:rsidRPr="000E6765">
              <w:rPr>
                <w:rFonts w:eastAsia="Yu Gothic"/>
                <w:lang w:eastAsia="ja-JP"/>
              </w:rPr>
              <w:t>決定）</w:t>
            </w:r>
            <w:r w:rsidRPr="000E6765">
              <w:rPr>
                <w:rFonts w:eastAsia="Yu Gothic"/>
                <w:lang w:eastAsia="ja-JP"/>
              </w:rPr>
              <w:br/>
              <w:t>■ 応募締め切り：2026年11月</w:t>
            </w:r>
            <w:r w:rsidR="0038055D">
              <w:rPr>
                <w:rFonts w:eastAsia="Yu Gothic" w:hint="eastAsia"/>
                <w:lang w:eastAsia="ja-JP"/>
              </w:rPr>
              <w:t>20日</w:t>
            </w:r>
            <w:r w:rsidRPr="000E6765">
              <w:rPr>
                <w:rFonts w:eastAsia="Yu Gothic"/>
                <w:lang w:eastAsia="ja-JP"/>
              </w:rPr>
              <w:t>（金）必着</w:t>
            </w:r>
            <w:r w:rsidRPr="000E6765">
              <w:rPr>
                <w:rFonts w:eastAsia="Yu Gothic"/>
                <w:lang w:eastAsia="ja-JP"/>
              </w:rPr>
              <w:br/>
              <w:t>■ 支援クラブ決定案内：2026年11月</w:t>
            </w:r>
            <w:r w:rsidR="0038055D">
              <w:rPr>
                <w:rFonts w:eastAsia="Yu Gothic" w:hint="eastAsia"/>
                <w:lang w:eastAsia="ja-JP"/>
              </w:rPr>
              <w:t>25</w:t>
            </w:r>
            <w:r w:rsidRPr="000E6765">
              <w:rPr>
                <w:rFonts w:eastAsia="Yu Gothic"/>
                <w:lang w:eastAsia="ja-JP"/>
              </w:rPr>
              <w:t>日（</w:t>
            </w:r>
            <w:r w:rsidR="0038055D">
              <w:rPr>
                <w:rFonts w:eastAsia="Yu Gothic" w:hint="eastAsia"/>
                <w:lang w:eastAsia="ja-JP"/>
              </w:rPr>
              <w:t>水</w:t>
            </w:r>
            <w:r w:rsidRPr="000E6765">
              <w:rPr>
                <w:rFonts w:eastAsia="Yu Gothic"/>
                <w:lang w:eastAsia="ja-JP"/>
              </w:rPr>
              <w:t>）予定</w:t>
            </w:r>
            <w:r w:rsidRPr="000E6765">
              <w:rPr>
                <w:rFonts w:eastAsia="Yu Gothic"/>
                <w:lang w:eastAsia="ja-JP"/>
              </w:rPr>
              <w:br/>
              <w:t xml:space="preserve">■ </w:t>
            </w:r>
            <w:r w:rsidR="00DE2103" w:rsidRPr="000E6765">
              <w:rPr>
                <w:rFonts w:eastAsia="Yu Gothic" w:hint="eastAsia"/>
                <w:lang w:eastAsia="ja-JP"/>
              </w:rPr>
              <w:t>その後、</w:t>
            </w:r>
            <w:r w:rsidR="00852FAE" w:rsidRPr="000E6765">
              <w:rPr>
                <w:rFonts w:eastAsia="Yu Gothic" w:hint="eastAsia"/>
                <w:lang w:eastAsia="ja-JP"/>
              </w:rPr>
              <w:t>仕様書・</w:t>
            </w:r>
            <w:r w:rsidRPr="000E6765">
              <w:rPr>
                <w:rFonts w:eastAsia="Yu Gothic"/>
                <w:lang w:eastAsia="ja-JP"/>
              </w:rPr>
              <w:t>資材</w:t>
            </w:r>
            <w:r w:rsidR="00852FAE" w:rsidRPr="000E6765">
              <w:rPr>
                <w:rFonts w:eastAsia="Yu Gothic" w:hint="eastAsia"/>
                <w:lang w:eastAsia="ja-JP"/>
              </w:rPr>
              <w:t>を西日本区より</w:t>
            </w:r>
            <w:r w:rsidR="00DE2103" w:rsidRPr="000E6765">
              <w:rPr>
                <w:rFonts w:eastAsia="Yu Gothic" w:hint="eastAsia"/>
                <w:lang w:eastAsia="ja-JP"/>
              </w:rPr>
              <w:t>配布いたします。</w:t>
            </w:r>
          </w:p>
        </w:tc>
      </w:tr>
    </w:tbl>
    <w:p w14:paraId="288005E6" w14:textId="77777777" w:rsidR="00CA682D" w:rsidRDefault="00CA682D">
      <w:pPr>
        <w:spacing w:after="160"/>
        <w:rPr>
          <w:lang w:eastAsia="ja-JP"/>
        </w:rPr>
      </w:pPr>
    </w:p>
    <w:p w14:paraId="09907082" w14:textId="77777777" w:rsidR="00CA682D" w:rsidRPr="000E6765" w:rsidRDefault="00BF4202">
      <w:pPr>
        <w:spacing w:after="120"/>
        <w:rPr>
          <w:rFonts w:eastAsia="Yu Gothic"/>
        </w:rPr>
      </w:pPr>
      <w:r w:rsidRPr="000E6765">
        <w:rPr>
          <w:rFonts w:eastAsia="Yu Gothic"/>
          <w:b/>
          <w:color w:val="2E7D32"/>
          <w:sz w:val="24"/>
        </w:rPr>
        <w:lastRenderedPageBreak/>
        <w:t xml:space="preserve">1. </w:t>
      </w:r>
      <w:proofErr w:type="spellStart"/>
      <w:r w:rsidRPr="000E6765">
        <w:rPr>
          <w:rFonts w:eastAsia="Yu Gothic"/>
          <w:b/>
          <w:color w:val="2E7D32"/>
          <w:sz w:val="24"/>
        </w:rPr>
        <w:t>事業概要</w:t>
      </w:r>
      <w:proofErr w:type="spellEnd"/>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160"/>
        <w:gridCol w:w="7488"/>
      </w:tblGrid>
      <w:tr w:rsidR="00CA682D" w:rsidRPr="000E6765" w14:paraId="4527ECBD" w14:textId="77777777">
        <w:trPr>
          <w:jc w:val="center"/>
        </w:trPr>
        <w:tc>
          <w:tcPr>
            <w:tcW w:w="2160" w:type="dxa"/>
            <w:shd w:val="clear" w:color="auto" w:fill="F0F4F1"/>
            <w:tcMar>
              <w:top w:w="80" w:type="dxa"/>
              <w:left w:w="100" w:type="dxa"/>
              <w:bottom w:w="80" w:type="dxa"/>
              <w:right w:w="100" w:type="dxa"/>
            </w:tcMar>
          </w:tcPr>
          <w:p w14:paraId="0538EC0B" w14:textId="77777777" w:rsidR="00CA682D" w:rsidRPr="000E6765" w:rsidRDefault="00BF4202">
            <w:pPr>
              <w:spacing w:after="0"/>
              <w:rPr>
                <w:rFonts w:eastAsia="Yu Gothic"/>
              </w:rPr>
            </w:pPr>
            <w:proofErr w:type="spellStart"/>
            <w:r w:rsidRPr="000E6765">
              <w:rPr>
                <w:rFonts w:eastAsia="Yu Gothic"/>
                <w:b/>
                <w:sz w:val="19"/>
              </w:rPr>
              <w:t>事業名称</w:t>
            </w:r>
            <w:proofErr w:type="spellEnd"/>
          </w:p>
        </w:tc>
        <w:tc>
          <w:tcPr>
            <w:tcW w:w="7488" w:type="dxa"/>
            <w:tcMar>
              <w:top w:w="80" w:type="dxa"/>
              <w:left w:w="100" w:type="dxa"/>
              <w:bottom w:w="80" w:type="dxa"/>
              <w:right w:w="100" w:type="dxa"/>
            </w:tcMar>
          </w:tcPr>
          <w:p w14:paraId="73C41A0A" w14:textId="77777777" w:rsidR="00CA682D" w:rsidRPr="000E6765" w:rsidRDefault="00BF4202">
            <w:pPr>
              <w:spacing w:after="0" w:line="288" w:lineRule="auto"/>
              <w:rPr>
                <w:rFonts w:eastAsia="Yu Gothic"/>
                <w:lang w:eastAsia="ja-JP"/>
              </w:rPr>
            </w:pPr>
            <w:r w:rsidRPr="000E6765">
              <w:rPr>
                <w:rFonts w:eastAsia="Yu Gothic"/>
                <w:sz w:val="19"/>
                <w:lang w:eastAsia="ja-JP"/>
              </w:rPr>
              <w:t>西日本区一斉環境保全プロジェクト</w:t>
            </w:r>
            <w:r w:rsidRPr="000E6765">
              <w:rPr>
                <w:rFonts w:eastAsia="Yu Gothic"/>
                <w:sz w:val="19"/>
                <w:lang w:eastAsia="ja-JP"/>
              </w:rPr>
              <w:br/>
              <w:t>「地域に花を咲かせよう いのちの土づくりアクション」</w:t>
            </w:r>
          </w:p>
        </w:tc>
      </w:tr>
      <w:tr w:rsidR="00CA682D" w:rsidRPr="000E6765" w14:paraId="4E4740E2" w14:textId="77777777">
        <w:trPr>
          <w:jc w:val="center"/>
        </w:trPr>
        <w:tc>
          <w:tcPr>
            <w:tcW w:w="2160" w:type="dxa"/>
            <w:shd w:val="clear" w:color="auto" w:fill="F0F4F1"/>
            <w:tcMar>
              <w:top w:w="80" w:type="dxa"/>
              <w:left w:w="100" w:type="dxa"/>
              <w:bottom w:w="80" w:type="dxa"/>
              <w:right w:w="100" w:type="dxa"/>
            </w:tcMar>
          </w:tcPr>
          <w:p w14:paraId="27B1F949" w14:textId="77777777" w:rsidR="00CA682D" w:rsidRPr="000E6765" w:rsidRDefault="00BF4202">
            <w:pPr>
              <w:spacing w:after="0"/>
              <w:rPr>
                <w:rFonts w:eastAsia="Yu Gothic"/>
              </w:rPr>
            </w:pPr>
            <w:proofErr w:type="spellStart"/>
            <w:r w:rsidRPr="000E6765">
              <w:rPr>
                <w:rFonts w:eastAsia="Yu Gothic"/>
                <w:b/>
                <w:sz w:val="19"/>
              </w:rPr>
              <w:t>実施期間</w:t>
            </w:r>
            <w:proofErr w:type="spellEnd"/>
          </w:p>
        </w:tc>
        <w:tc>
          <w:tcPr>
            <w:tcW w:w="7488" w:type="dxa"/>
            <w:tcMar>
              <w:top w:w="80" w:type="dxa"/>
              <w:left w:w="100" w:type="dxa"/>
              <w:bottom w:w="80" w:type="dxa"/>
              <w:right w:w="100" w:type="dxa"/>
            </w:tcMar>
          </w:tcPr>
          <w:p w14:paraId="71B52B33" w14:textId="35E8DDB7" w:rsidR="00CA682D" w:rsidRPr="00AE4FEE" w:rsidRDefault="00BF4202">
            <w:pPr>
              <w:spacing w:after="0" w:line="288" w:lineRule="auto"/>
              <w:rPr>
                <w:rFonts w:eastAsia="Yu Gothic"/>
                <w:lang w:eastAsia="ja-JP"/>
              </w:rPr>
            </w:pPr>
            <w:r w:rsidRPr="000E6765">
              <w:rPr>
                <w:rFonts w:eastAsia="Yu Gothic"/>
                <w:sz w:val="19"/>
                <w:lang w:eastAsia="ja-JP"/>
              </w:rPr>
              <w:t>2026年12月 〜 2027年</w:t>
            </w:r>
            <w:r w:rsidR="001446EE">
              <w:rPr>
                <w:rFonts w:eastAsia="Yu Gothic" w:hint="eastAsia"/>
                <w:sz w:val="19"/>
                <w:lang w:eastAsia="ja-JP"/>
              </w:rPr>
              <w:t>5</w:t>
            </w:r>
            <w:r w:rsidRPr="000E6765">
              <w:rPr>
                <w:rFonts w:eastAsia="Yu Gothic"/>
                <w:sz w:val="19"/>
                <w:lang w:eastAsia="ja-JP"/>
              </w:rPr>
              <w:t>月（約半年間）</w:t>
            </w:r>
            <w:r w:rsidR="00AE4FEE">
              <w:rPr>
                <w:rFonts w:eastAsia="Yu Gothic"/>
                <w:sz w:val="19"/>
                <w:lang w:eastAsia="ja-JP"/>
              </w:rPr>
              <w:br/>
            </w:r>
            <w:r w:rsidR="00AE4FEE" w:rsidRPr="007E3234">
              <w:rPr>
                <w:rFonts w:eastAsia="Yu Gothic"/>
                <w:sz w:val="19"/>
                <w:szCs w:val="19"/>
                <w:lang w:eastAsia="ja-JP"/>
              </w:rPr>
              <w:t>※実施期間・各活動の時期は目安であり、地域によって異なります。</w:t>
            </w:r>
          </w:p>
        </w:tc>
      </w:tr>
      <w:tr w:rsidR="00CA682D" w:rsidRPr="000E6765" w14:paraId="128F2871" w14:textId="77777777">
        <w:trPr>
          <w:jc w:val="center"/>
        </w:trPr>
        <w:tc>
          <w:tcPr>
            <w:tcW w:w="2160" w:type="dxa"/>
            <w:shd w:val="clear" w:color="auto" w:fill="F0F4F1"/>
            <w:tcMar>
              <w:top w:w="80" w:type="dxa"/>
              <w:left w:w="100" w:type="dxa"/>
              <w:bottom w:w="80" w:type="dxa"/>
              <w:right w:w="100" w:type="dxa"/>
            </w:tcMar>
          </w:tcPr>
          <w:p w14:paraId="1E90F399" w14:textId="77777777" w:rsidR="00CA682D" w:rsidRPr="000E6765" w:rsidRDefault="00BF4202">
            <w:pPr>
              <w:spacing w:after="0"/>
              <w:rPr>
                <w:rFonts w:eastAsia="Yu Gothic"/>
              </w:rPr>
            </w:pPr>
            <w:proofErr w:type="spellStart"/>
            <w:r w:rsidRPr="000E6765">
              <w:rPr>
                <w:rFonts w:eastAsia="Yu Gothic"/>
                <w:b/>
                <w:sz w:val="19"/>
              </w:rPr>
              <w:t>対象施設</w:t>
            </w:r>
            <w:proofErr w:type="spellEnd"/>
          </w:p>
        </w:tc>
        <w:tc>
          <w:tcPr>
            <w:tcW w:w="7488" w:type="dxa"/>
            <w:tcMar>
              <w:top w:w="80" w:type="dxa"/>
              <w:left w:w="100" w:type="dxa"/>
              <w:bottom w:w="80" w:type="dxa"/>
              <w:right w:w="100" w:type="dxa"/>
            </w:tcMar>
          </w:tcPr>
          <w:p w14:paraId="39DDF1B9" w14:textId="1278F064" w:rsidR="00CA682D" w:rsidRPr="000E6765" w:rsidRDefault="00BF4202">
            <w:pPr>
              <w:spacing w:after="0" w:line="288" w:lineRule="auto"/>
              <w:rPr>
                <w:rFonts w:eastAsia="Yu Gothic"/>
                <w:lang w:eastAsia="ja-JP"/>
              </w:rPr>
            </w:pPr>
            <w:r w:rsidRPr="000E6765">
              <w:rPr>
                <w:rFonts w:eastAsia="Yu Gothic"/>
                <w:sz w:val="19"/>
                <w:lang w:eastAsia="ja-JP"/>
              </w:rPr>
              <w:t>クラブが選定・協力する</w:t>
            </w:r>
            <w:r w:rsidR="0038055D">
              <w:rPr>
                <w:rFonts w:eastAsia="Yu Gothic" w:hint="eastAsia"/>
                <w:sz w:val="19"/>
                <w:lang w:eastAsia="ja-JP"/>
              </w:rPr>
              <w:t>地域</w:t>
            </w:r>
            <w:r w:rsidRPr="000E6765">
              <w:rPr>
                <w:rFonts w:eastAsia="Yu Gothic"/>
                <w:sz w:val="19"/>
                <w:lang w:eastAsia="ja-JP"/>
              </w:rPr>
              <w:t>の幼稚園・保育園・こども園等（</w:t>
            </w:r>
            <w:r w:rsidR="005435C6" w:rsidRPr="000E6765">
              <w:rPr>
                <w:rFonts w:eastAsia="Yu Gothic" w:hint="eastAsia"/>
                <w:sz w:val="19"/>
                <w:lang w:eastAsia="ja-JP"/>
              </w:rPr>
              <w:t>各部：</w:t>
            </w:r>
            <w:r w:rsidRPr="000E6765">
              <w:rPr>
                <w:rFonts w:eastAsia="Yu Gothic"/>
                <w:sz w:val="19"/>
                <w:lang w:eastAsia="ja-JP"/>
              </w:rPr>
              <w:t>1〜2園）</w:t>
            </w:r>
          </w:p>
        </w:tc>
      </w:tr>
      <w:tr w:rsidR="00CA682D" w:rsidRPr="000E6765" w14:paraId="6F49528B" w14:textId="77777777">
        <w:trPr>
          <w:jc w:val="center"/>
        </w:trPr>
        <w:tc>
          <w:tcPr>
            <w:tcW w:w="2160" w:type="dxa"/>
            <w:shd w:val="clear" w:color="auto" w:fill="F0F4F1"/>
            <w:tcMar>
              <w:top w:w="80" w:type="dxa"/>
              <w:left w:w="100" w:type="dxa"/>
              <w:bottom w:w="80" w:type="dxa"/>
              <w:right w:w="100" w:type="dxa"/>
            </w:tcMar>
          </w:tcPr>
          <w:p w14:paraId="190F2F8D" w14:textId="77777777" w:rsidR="00CA682D" w:rsidRPr="000E6765" w:rsidRDefault="00BF4202">
            <w:pPr>
              <w:spacing w:after="0"/>
              <w:rPr>
                <w:rFonts w:eastAsia="Yu Gothic"/>
              </w:rPr>
            </w:pPr>
            <w:proofErr w:type="spellStart"/>
            <w:r w:rsidRPr="000E6765">
              <w:rPr>
                <w:rFonts w:eastAsia="Yu Gothic"/>
                <w:b/>
                <w:sz w:val="19"/>
              </w:rPr>
              <w:t>実施内容</w:t>
            </w:r>
            <w:proofErr w:type="spellEnd"/>
          </w:p>
        </w:tc>
        <w:tc>
          <w:tcPr>
            <w:tcW w:w="7488" w:type="dxa"/>
            <w:tcMar>
              <w:top w:w="80" w:type="dxa"/>
              <w:left w:w="100" w:type="dxa"/>
              <w:bottom w:w="80" w:type="dxa"/>
              <w:right w:w="100" w:type="dxa"/>
            </w:tcMar>
          </w:tcPr>
          <w:p w14:paraId="57B2CEDC" w14:textId="77777777" w:rsidR="00784EBD" w:rsidRDefault="00BF4202">
            <w:pPr>
              <w:spacing w:after="0" w:line="288" w:lineRule="auto"/>
              <w:rPr>
                <w:rFonts w:eastAsia="Yu Gothic"/>
                <w:sz w:val="19"/>
                <w:lang w:eastAsia="ja-JP"/>
              </w:rPr>
            </w:pPr>
            <w:r w:rsidRPr="000E6765">
              <w:rPr>
                <w:rFonts w:eastAsia="Yu Gothic"/>
                <w:sz w:val="19"/>
                <w:lang w:eastAsia="ja-JP"/>
              </w:rPr>
              <w:t>① 給食くずや落ち葉を使った段ボールコンポストづくり</w:t>
            </w:r>
            <w:r w:rsidRPr="000E6765">
              <w:rPr>
                <w:rFonts w:eastAsia="Yu Gothic"/>
                <w:sz w:val="19"/>
                <w:lang w:eastAsia="ja-JP"/>
              </w:rPr>
              <w:br/>
              <w:t>②</w:t>
            </w:r>
            <w:r w:rsidR="00784EBD" w:rsidRPr="00784EBD">
              <w:rPr>
                <w:rFonts w:eastAsia="Yu Gothic"/>
                <w:sz w:val="19"/>
                <w:lang w:eastAsia="ja-JP"/>
              </w:rPr>
              <w:t>チューリップ等の球根植え付け・育成</w:t>
            </w:r>
          </w:p>
          <w:p w14:paraId="769FE60C" w14:textId="10AB70D2" w:rsidR="00632562" w:rsidRPr="00632562" w:rsidRDefault="00784EBD">
            <w:pPr>
              <w:spacing w:after="0" w:line="288" w:lineRule="auto"/>
              <w:rPr>
                <w:rFonts w:eastAsia="Yu Gothic"/>
                <w:sz w:val="19"/>
                <w:lang w:eastAsia="ja-JP"/>
              </w:rPr>
            </w:pPr>
            <w:r w:rsidRPr="00784EBD">
              <w:rPr>
                <w:rFonts w:eastAsia="Yu Gothic"/>
                <w:sz w:val="19"/>
                <w:lang w:eastAsia="ja-JP"/>
              </w:rPr>
              <w:t>（※コンポストの土は熟成させ、4月以降の次の花へバトンタッチ）</w:t>
            </w:r>
            <w:r w:rsidR="00BF4202" w:rsidRPr="000E6765">
              <w:rPr>
                <w:rFonts w:eastAsia="Yu Gothic"/>
                <w:sz w:val="19"/>
                <w:lang w:eastAsia="ja-JP"/>
              </w:rPr>
              <w:br/>
              <w:t>③ 4月の開花に合わせた成果発表および地域・メディアへの広報</w:t>
            </w:r>
          </w:p>
        </w:tc>
      </w:tr>
      <w:tr w:rsidR="00CA682D" w:rsidRPr="000E6765" w14:paraId="5529DAA9" w14:textId="77777777">
        <w:trPr>
          <w:jc w:val="center"/>
        </w:trPr>
        <w:tc>
          <w:tcPr>
            <w:tcW w:w="2160" w:type="dxa"/>
            <w:shd w:val="clear" w:color="auto" w:fill="F0F4F1"/>
            <w:tcMar>
              <w:top w:w="80" w:type="dxa"/>
              <w:left w:w="100" w:type="dxa"/>
              <w:bottom w:w="80" w:type="dxa"/>
              <w:right w:w="100" w:type="dxa"/>
            </w:tcMar>
          </w:tcPr>
          <w:p w14:paraId="6AF085D2" w14:textId="77777777" w:rsidR="00CA682D" w:rsidRPr="000E6765" w:rsidRDefault="00BF4202">
            <w:pPr>
              <w:spacing w:after="0"/>
              <w:rPr>
                <w:rFonts w:eastAsia="Yu Gothic"/>
              </w:rPr>
            </w:pPr>
            <w:proofErr w:type="spellStart"/>
            <w:r w:rsidRPr="000E6765">
              <w:rPr>
                <w:rFonts w:eastAsia="Yu Gothic"/>
                <w:b/>
                <w:sz w:val="19"/>
              </w:rPr>
              <w:t>クラブの役割</w:t>
            </w:r>
            <w:proofErr w:type="spellEnd"/>
          </w:p>
        </w:tc>
        <w:tc>
          <w:tcPr>
            <w:tcW w:w="7488" w:type="dxa"/>
            <w:tcMar>
              <w:top w:w="80" w:type="dxa"/>
              <w:left w:w="100" w:type="dxa"/>
              <w:bottom w:w="80" w:type="dxa"/>
              <w:right w:w="100" w:type="dxa"/>
            </w:tcMar>
          </w:tcPr>
          <w:p w14:paraId="284AB5B6" w14:textId="2B6EA261" w:rsidR="00CA682D" w:rsidRPr="000E6765" w:rsidRDefault="00BF4202">
            <w:pPr>
              <w:spacing w:after="0" w:line="288" w:lineRule="auto"/>
              <w:rPr>
                <w:rFonts w:eastAsia="Yu Gothic"/>
                <w:lang w:eastAsia="ja-JP"/>
              </w:rPr>
            </w:pPr>
            <w:r w:rsidRPr="000E6765">
              <w:rPr>
                <w:rFonts w:eastAsia="Yu Gothic"/>
                <w:sz w:val="19"/>
                <w:lang w:eastAsia="ja-JP"/>
              </w:rPr>
              <w:t>・協力園との調整および資材準備（11月）</w:t>
            </w:r>
            <w:r w:rsidRPr="000E6765">
              <w:rPr>
                <w:rFonts w:eastAsia="Yu Gothic"/>
                <w:sz w:val="19"/>
                <w:lang w:eastAsia="ja-JP"/>
              </w:rPr>
              <w:br/>
              <w:t>・12月の一斉キックオフ</w:t>
            </w:r>
            <w:r w:rsidRPr="000E6765">
              <w:rPr>
                <w:rFonts w:eastAsia="Yu Gothic"/>
                <w:sz w:val="19"/>
                <w:lang w:eastAsia="ja-JP"/>
              </w:rPr>
              <w:br/>
              <w:t>・育成期間（1〜</w:t>
            </w:r>
            <w:r w:rsidR="00EE4EAF">
              <w:rPr>
                <w:rFonts w:eastAsia="Yu Gothic" w:hint="eastAsia"/>
                <w:sz w:val="19"/>
                <w:lang w:eastAsia="ja-JP"/>
              </w:rPr>
              <w:t>５月</w:t>
            </w:r>
            <w:r w:rsidRPr="000E6765">
              <w:rPr>
                <w:rFonts w:eastAsia="Yu Gothic"/>
                <w:sz w:val="19"/>
                <w:lang w:eastAsia="ja-JP"/>
              </w:rPr>
              <w:t>）の定期的な見守り・園との交流</w:t>
            </w:r>
          </w:p>
        </w:tc>
      </w:tr>
    </w:tbl>
    <w:p w14:paraId="79555117" w14:textId="3FDDB650" w:rsidR="00E761E2" w:rsidRDefault="00632562" w:rsidP="00632562">
      <w:pPr>
        <w:spacing w:after="120"/>
        <w:ind w:firstLineChars="400" w:firstLine="840"/>
        <w:rPr>
          <w:rFonts w:eastAsia="Yu Gothic"/>
          <w:lang w:eastAsia="ja-JP"/>
        </w:rPr>
      </w:pPr>
      <w:r>
        <w:rPr>
          <w:rFonts w:eastAsia="Yu Gothic" w:hint="eastAsia"/>
          <w:lang w:eastAsia="ja-JP"/>
        </w:rPr>
        <w:t>※実際に作ったコンポストの土で栽培スタートは４月以降になりますので、ご留意ください。</w:t>
      </w:r>
    </w:p>
    <w:p w14:paraId="0F7B4F6D" w14:textId="3E127A21" w:rsidR="00CA682D" w:rsidRPr="000E6765" w:rsidRDefault="00BF4202">
      <w:pPr>
        <w:spacing w:after="120"/>
        <w:rPr>
          <w:rFonts w:eastAsia="Yu Gothic"/>
        </w:rPr>
      </w:pPr>
      <w:r w:rsidRPr="000E6765">
        <w:rPr>
          <w:rFonts w:eastAsia="Yu Gothic"/>
          <w:b/>
          <w:color w:val="2E7D32"/>
          <w:sz w:val="24"/>
        </w:rPr>
        <w:t xml:space="preserve">2. </w:t>
      </w:r>
      <w:proofErr w:type="spellStart"/>
      <w:r w:rsidRPr="000E6765">
        <w:rPr>
          <w:rFonts w:eastAsia="Yu Gothic"/>
          <w:b/>
          <w:color w:val="2E7D32"/>
          <w:sz w:val="24"/>
        </w:rPr>
        <w:t>全体スケジュール</w:t>
      </w:r>
      <w:proofErr w:type="spellEnd"/>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728"/>
        <w:gridCol w:w="4608"/>
        <w:gridCol w:w="3312"/>
      </w:tblGrid>
      <w:tr w:rsidR="00CA682D" w:rsidRPr="000E6765" w14:paraId="3C2B0333" w14:textId="77777777">
        <w:trPr>
          <w:jc w:val="center"/>
        </w:trPr>
        <w:tc>
          <w:tcPr>
            <w:tcW w:w="1728" w:type="dxa"/>
            <w:shd w:val="clear" w:color="auto" w:fill="2E7D32"/>
            <w:tcMar>
              <w:top w:w="80" w:type="dxa"/>
              <w:left w:w="100" w:type="dxa"/>
              <w:bottom w:w="80" w:type="dxa"/>
              <w:right w:w="100" w:type="dxa"/>
            </w:tcMar>
          </w:tcPr>
          <w:p w14:paraId="08A2B75B" w14:textId="77777777" w:rsidR="00CA682D" w:rsidRPr="000E6765" w:rsidRDefault="00BF4202">
            <w:pPr>
              <w:spacing w:after="0"/>
              <w:rPr>
                <w:rFonts w:eastAsia="Yu Gothic"/>
              </w:rPr>
            </w:pPr>
            <w:proofErr w:type="spellStart"/>
            <w:r w:rsidRPr="000E6765">
              <w:rPr>
                <w:rFonts w:eastAsia="Yu Gothic"/>
                <w:b/>
                <w:color w:val="FFFFFF"/>
                <w:sz w:val="19"/>
              </w:rPr>
              <w:t>時期</w:t>
            </w:r>
            <w:proofErr w:type="spellEnd"/>
          </w:p>
        </w:tc>
        <w:tc>
          <w:tcPr>
            <w:tcW w:w="4608" w:type="dxa"/>
            <w:shd w:val="clear" w:color="auto" w:fill="2E7D32"/>
            <w:tcMar>
              <w:top w:w="80" w:type="dxa"/>
              <w:left w:w="100" w:type="dxa"/>
              <w:bottom w:w="80" w:type="dxa"/>
              <w:right w:w="100" w:type="dxa"/>
            </w:tcMar>
          </w:tcPr>
          <w:p w14:paraId="6560DEB8" w14:textId="77777777" w:rsidR="00CA682D" w:rsidRPr="000E6765" w:rsidRDefault="00BF4202">
            <w:pPr>
              <w:spacing w:after="0"/>
              <w:rPr>
                <w:rFonts w:eastAsia="Yu Gothic"/>
              </w:rPr>
            </w:pPr>
            <w:proofErr w:type="spellStart"/>
            <w:r w:rsidRPr="000E6765">
              <w:rPr>
                <w:rFonts w:eastAsia="Yu Gothic"/>
                <w:b/>
                <w:color w:val="FFFFFF"/>
                <w:sz w:val="19"/>
              </w:rPr>
              <w:t>活動内容</w:t>
            </w:r>
            <w:proofErr w:type="spellEnd"/>
          </w:p>
        </w:tc>
        <w:tc>
          <w:tcPr>
            <w:tcW w:w="3312" w:type="dxa"/>
            <w:shd w:val="clear" w:color="auto" w:fill="2E7D32"/>
            <w:tcMar>
              <w:top w:w="80" w:type="dxa"/>
              <w:left w:w="100" w:type="dxa"/>
              <w:bottom w:w="80" w:type="dxa"/>
              <w:right w:w="100" w:type="dxa"/>
            </w:tcMar>
          </w:tcPr>
          <w:p w14:paraId="504D2FAE" w14:textId="77777777" w:rsidR="00CA682D" w:rsidRPr="000E6765" w:rsidRDefault="00BF4202">
            <w:pPr>
              <w:spacing w:after="0"/>
              <w:rPr>
                <w:rFonts w:eastAsia="Yu Gothic"/>
              </w:rPr>
            </w:pPr>
            <w:proofErr w:type="spellStart"/>
            <w:r w:rsidRPr="000E6765">
              <w:rPr>
                <w:rFonts w:eastAsia="Yu Gothic"/>
                <w:b/>
                <w:color w:val="FFFFFF"/>
                <w:sz w:val="19"/>
              </w:rPr>
              <w:t>主なポイント</w:t>
            </w:r>
            <w:proofErr w:type="spellEnd"/>
          </w:p>
        </w:tc>
      </w:tr>
      <w:tr w:rsidR="00CA682D" w:rsidRPr="000E6765" w14:paraId="62F7E9CF" w14:textId="77777777">
        <w:trPr>
          <w:jc w:val="center"/>
        </w:trPr>
        <w:tc>
          <w:tcPr>
            <w:tcW w:w="1728" w:type="dxa"/>
            <w:shd w:val="clear" w:color="auto" w:fill="FAFAFA"/>
            <w:tcMar>
              <w:top w:w="70" w:type="dxa"/>
              <w:left w:w="100" w:type="dxa"/>
              <w:bottom w:w="70" w:type="dxa"/>
              <w:right w:w="100" w:type="dxa"/>
            </w:tcMar>
          </w:tcPr>
          <w:p w14:paraId="59267EF6" w14:textId="3608568B" w:rsidR="00CA682D" w:rsidRPr="000E6765" w:rsidRDefault="00BF4202">
            <w:pPr>
              <w:spacing w:after="0"/>
              <w:rPr>
                <w:rFonts w:eastAsia="Yu Gothic"/>
              </w:rPr>
            </w:pPr>
            <w:r w:rsidRPr="000E6765">
              <w:rPr>
                <w:rFonts w:eastAsia="Yu Gothic"/>
                <w:sz w:val="18"/>
              </w:rPr>
              <w:t>11月</w:t>
            </w:r>
          </w:p>
        </w:tc>
        <w:tc>
          <w:tcPr>
            <w:tcW w:w="4608" w:type="dxa"/>
            <w:shd w:val="clear" w:color="auto" w:fill="FAFAFA"/>
            <w:tcMar>
              <w:top w:w="70" w:type="dxa"/>
              <w:left w:w="100" w:type="dxa"/>
              <w:bottom w:w="70" w:type="dxa"/>
              <w:right w:w="100" w:type="dxa"/>
            </w:tcMar>
          </w:tcPr>
          <w:p w14:paraId="34E18F7D" w14:textId="2D7878B4" w:rsidR="00CA682D" w:rsidRPr="000E6765" w:rsidRDefault="00FB76BB" w:rsidP="003077FD">
            <w:pPr>
              <w:pStyle w:val="18"/>
              <w:spacing w:after="0"/>
            </w:pPr>
            <w:r w:rsidRPr="000E6765">
              <w:rPr>
                <w:sz w:val="18"/>
              </w:rPr>
              <w:t>応募・協力园の決定・資材手配</w:t>
            </w:r>
            <w:r w:rsidRPr="000E6765">
              <w:rPr>
                <w:sz w:val="18"/>
                <w:szCs w:val="18"/>
              </w:rPr>
              <w:br/>
              <w:t>※11/</w:t>
            </w:r>
            <w:r w:rsidR="0038055D">
              <w:rPr>
                <w:rFonts w:hint="eastAsia"/>
                <w:sz w:val="18"/>
                <w:szCs w:val="18"/>
              </w:rPr>
              <w:t>20</w:t>
            </w:r>
            <w:r w:rsidRPr="000E6765">
              <w:rPr>
                <w:sz w:val="18"/>
              </w:rPr>
              <w:t>締切</w:t>
            </w:r>
            <w:r w:rsidRPr="000E6765">
              <w:rPr>
                <w:sz w:val="18"/>
                <w:szCs w:val="18"/>
              </w:rPr>
              <w:t xml:space="preserve"> → 11/</w:t>
            </w:r>
            <w:r w:rsidR="0038055D">
              <w:rPr>
                <w:rFonts w:hint="eastAsia"/>
                <w:sz w:val="18"/>
                <w:szCs w:val="18"/>
              </w:rPr>
              <w:t>25</w:t>
            </w:r>
            <w:r w:rsidRPr="000E6765">
              <w:rPr>
                <w:sz w:val="18"/>
              </w:rPr>
              <w:t>決定通知</w:t>
            </w:r>
          </w:p>
        </w:tc>
        <w:tc>
          <w:tcPr>
            <w:tcW w:w="3312" w:type="dxa"/>
            <w:shd w:val="clear" w:color="auto" w:fill="FAFAFA"/>
            <w:tcMar>
              <w:top w:w="70" w:type="dxa"/>
              <w:left w:w="100" w:type="dxa"/>
              <w:bottom w:w="70" w:type="dxa"/>
              <w:right w:w="100" w:type="dxa"/>
            </w:tcMar>
          </w:tcPr>
          <w:p w14:paraId="4C4A8C5F" w14:textId="176F1759" w:rsidR="00CA682D" w:rsidRPr="000E6765" w:rsidRDefault="00BF4202">
            <w:pPr>
              <w:spacing w:after="0"/>
              <w:rPr>
                <w:rFonts w:eastAsia="Yu Gothic"/>
                <w:lang w:eastAsia="ja-JP"/>
              </w:rPr>
            </w:pPr>
            <w:r w:rsidRPr="000E6765">
              <w:rPr>
                <w:rFonts w:eastAsia="Yu Gothic"/>
                <w:sz w:val="18"/>
                <w:lang w:eastAsia="ja-JP"/>
              </w:rPr>
              <w:t>区より</w:t>
            </w:r>
            <w:r w:rsidR="000B204B">
              <w:rPr>
                <w:rFonts w:eastAsia="Yu Gothic" w:hint="eastAsia"/>
                <w:sz w:val="18"/>
                <w:lang w:eastAsia="ja-JP"/>
              </w:rPr>
              <w:t>コンポスト作成手順書等</w:t>
            </w:r>
            <w:r w:rsidRPr="000E6765">
              <w:rPr>
                <w:rFonts w:eastAsia="Yu Gothic"/>
                <w:sz w:val="18"/>
                <w:lang w:eastAsia="ja-JP"/>
              </w:rPr>
              <w:t>を準備・提供します。</w:t>
            </w:r>
          </w:p>
        </w:tc>
      </w:tr>
      <w:tr w:rsidR="00CA682D" w:rsidRPr="000E6765" w14:paraId="23E3781C" w14:textId="77777777">
        <w:trPr>
          <w:jc w:val="center"/>
        </w:trPr>
        <w:tc>
          <w:tcPr>
            <w:tcW w:w="1728" w:type="dxa"/>
            <w:tcMar>
              <w:top w:w="70" w:type="dxa"/>
              <w:left w:w="100" w:type="dxa"/>
              <w:bottom w:w="70" w:type="dxa"/>
              <w:right w:w="100" w:type="dxa"/>
            </w:tcMar>
          </w:tcPr>
          <w:p w14:paraId="5BD1871C" w14:textId="77777777" w:rsidR="00CA682D" w:rsidRPr="000E6765" w:rsidRDefault="00BF4202">
            <w:pPr>
              <w:spacing w:after="0"/>
              <w:rPr>
                <w:rFonts w:eastAsia="Yu Gothic"/>
              </w:rPr>
            </w:pPr>
            <w:r w:rsidRPr="000E6765">
              <w:rPr>
                <w:rFonts w:eastAsia="Yu Gothic"/>
                <w:sz w:val="18"/>
              </w:rPr>
              <w:t>12月</w:t>
            </w:r>
          </w:p>
        </w:tc>
        <w:tc>
          <w:tcPr>
            <w:tcW w:w="4608" w:type="dxa"/>
            <w:tcMar>
              <w:top w:w="70" w:type="dxa"/>
              <w:left w:w="100" w:type="dxa"/>
              <w:bottom w:w="70" w:type="dxa"/>
              <w:right w:w="100" w:type="dxa"/>
            </w:tcMar>
          </w:tcPr>
          <w:p w14:paraId="02C41096" w14:textId="09F9D8C3" w:rsidR="00CA682D" w:rsidRDefault="00BF4202">
            <w:pPr>
              <w:spacing w:after="0"/>
              <w:rPr>
                <w:rFonts w:eastAsia="Yu Gothic"/>
                <w:sz w:val="18"/>
                <w:lang w:eastAsia="ja-JP"/>
              </w:rPr>
            </w:pPr>
            <w:r w:rsidRPr="000E6765">
              <w:rPr>
                <w:rFonts w:eastAsia="Yu Gothic"/>
                <w:sz w:val="18"/>
                <w:lang w:eastAsia="ja-JP"/>
              </w:rPr>
              <w:t>コンポスト作成</w:t>
            </w:r>
            <w:r w:rsidR="00C552C2" w:rsidRPr="000E6765">
              <w:rPr>
                <w:rFonts w:eastAsia="Yu Gothic" w:hint="eastAsia"/>
                <w:sz w:val="18"/>
                <w:lang w:eastAsia="ja-JP"/>
              </w:rPr>
              <w:t>（生ごみ</w:t>
            </w:r>
            <w:r w:rsidR="00C552C2" w:rsidRPr="000E6765">
              <w:rPr>
                <w:rFonts w:eastAsia="Yu Gothic"/>
                <w:sz w:val="18"/>
                <w:lang w:eastAsia="ja-JP"/>
              </w:rPr>
              <w:t>投入・撹拌・観察</w:t>
            </w:r>
            <w:r w:rsidR="00C552C2" w:rsidRPr="000E6765">
              <w:rPr>
                <w:rFonts w:eastAsia="Yu Gothic" w:hint="eastAsia"/>
                <w:sz w:val="18"/>
                <w:lang w:eastAsia="ja-JP"/>
              </w:rPr>
              <w:t>）</w:t>
            </w:r>
          </w:p>
          <w:p w14:paraId="10392001" w14:textId="7C185559" w:rsidR="001E13BA" w:rsidRPr="000E6765" w:rsidRDefault="001E13BA">
            <w:pPr>
              <w:spacing w:after="0"/>
              <w:rPr>
                <w:rFonts w:eastAsia="Yu Gothic"/>
                <w:lang w:eastAsia="ja-JP"/>
              </w:rPr>
            </w:pPr>
            <w:r>
              <w:rPr>
                <w:rFonts w:eastAsia="Yu Gothic" w:hint="eastAsia"/>
                <w:sz w:val="18"/>
                <w:lang w:eastAsia="ja-JP"/>
              </w:rPr>
              <w:t>チューリップ栽培スタート　植え付け、水やり、観察</w:t>
            </w:r>
          </w:p>
        </w:tc>
        <w:tc>
          <w:tcPr>
            <w:tcW w:w="3312" w:type="dxa"/>
            <w:tcMar>
              <w:top w:w="70" w:type="dxa"/>
              <w:left w:w="100" w:type="dxa"/>
              <w:bottom w:w="70" w:type="dxa"/>
              <w:right w:w="100" w:type="dxa"/>
            </w:tcMar>
          </w:tcPr>
          <w:p w14:paraId="7A8D903D" w14:textId="3F04CBB9" w:rsidR="00CA682D" w:rsidRPr="000E6765" w:rsidRDefault="00C552C2">
            <w:pPr>
              <w:spacing w:after="0"/>
              <w:rPr>
                <w:rFonts w:eastAsia="Yu Gothic"/>
                <w:lang w:eastAsia="ja-JP"/>
              </w:rPr>
            </w:pPr>
            <w:r w:rsidRPr="000E6765">
              <w:rPr>
                <w:rFonts w:eastAsia="Yu Gothic"/>
                <w:sz w:val="18"/>
                <w:lang w:eastAsia="ja-JP"/>
              </w:rPr>
              <w:t>子どもたちが微生物の働きと成長を観察・体感します。</w:t>
            </w:r>
          </w:p>
        </w:tc>
      </w:tr>
      <w:tr w:rsidR="00CA682D" w:rsidRPr="000E6765" w14:paraId="31AE1A47" w14:textId="77777777">
        <w:trPr>
          <w:jc w:val="center"/>
        </w:trPr>
        <w:tc>
          <w:tcPr>
            <w:tcW w:w="1728" w:type="dxa"/>
            <w:shd w:val="clear" w:color="auto" w:fill="FAFAFA"/>
            <w:tcMar>
              <w:top w:w="70" w:type="dxa"/>
              <w:left w:w="100" w:type="dxa"/>
              <w:bottom w:w="70" w:type="dxa"/>
              <w:right w:w="100" w:type="dxa"/>
            </w:tcMar>
          </w:tcPr>
          <w:p w14:paraId="68839F10" w14:textId="77777777" w:rsidR="00CA682D" w:rsidRPr="000E6765" w:rsidRDefault="00BF4202">
            <w:pPr>
              <w:spacing w:after="0"/>
              <w:rPr>
                <w:rFonts w:eastAsia="Yu Gothic"/>
              </w:rPr>
            </w:pPr>
            <w:r w:rsidRPr="000E6765">
              <w:rPr>
                <w:rFonts w:eastAsia="Yu Gothic"/>
                <w:sz w:val="18"/>
              </w:rPr>
              <w:t>1月〜3月</w:t>
            </w:r>
          </w:p>
        </w:tc>
        <w:tc>
          <w:tcPr>
            <w:tcW w:w="4608" w:type="dxa"/>
            <w:shd w:val="clear" w:color="auto" w:fill="FAFAFA"/>
            <w:tcMar>
              <w:top w:w="70" w:type="dxa"/>
              <w:left w:w="100" w:type="dxa"/>
              <w:bottom w:w="70" w:type="dxa"/>
              <w:right w:w="100" w:type="dxa"/>
            </w:tcMar>
          </w:tcPr>
          <w:p w14:paraId="4E3F3836" w14:textId="50FD5E65" w:rsidR="00CA682D" w:rsidRDefault="00632562">
            <w:pPr>
              <w:spacing w:after="0"/>
              <w:rPr>
                <w:rFonts w:eastAsia="Yu Gothic"/>
                <w:sz w:val="18"/>
                <w:szCs w:val="18"/>
                <w:lang w:eastAsia="ja-JP"/>
              </w:rPr>
            </w:pPr>
            <w:r w:rsidRPr="00A67863">
              <w:rPr>
                <w:rFonts w:eastAsia="Yu Gothic" w:hint="eastAsia"/>
                <w:sz w:val="18"/>
                <w:szCs w:val="18"/>
                <w:lang w:eastAsia="ja-JP"/>
              </w:rPr>
              <w:t>コンポスト</w:t>
            </w:r>
            <w:r w:rsidR="00A67863">
              <w:rPr>
                <w:rFonts w:eastAsia="Yu Gothic" w:hint="eastAsia"/>
                <w:sz w:val="18"/>
                <w:szCs w:val="18"/>
                <w:lang w:eastAsia="ja-JP"/>
              </w:rPr>
              <w:t>作成（</w:t>
            </w:r>
            <w:r w:rsidR="00E24F5E" w:rsidRPr="00A67863">
              <w:rPr>
                <w:rFonts w:eastAsia="Yu Gothic" w:hint="eastAsia"/>
                <w:sz w:val="18"/>
                <w:szCs w:val="18"/>
                <w:lang w:eastAsia="ja-JP"/>
              </w:rPr>
              <w:t>生ごみ</w:t>
            </w:r>
            <w:r w:rsidR="00E24F5E" w:rsidRPr="00A67863">
              <w:rPr>
                <w:rFonts w:eastAsia="Yu Gothic"/>
                <w:sz w:val="18"/>
                <w:szCs w:val="18"/>
                <w:lang w:eastAsia="ja-JP"/>
              </w:rPr>
              <w:t>投入</w:t>
            </w:r>
            <w:r w:rsidR="00A67863" w:rsidRPr="00A67863">
              <w:rPr>
                <w:rFonts w:eastAsia="Yu Gothic" w:hint="eastAsia"/>
                <w:sz w:val="18"/>
                <w:szCs w:val="18"/>
                <w:lang w:eastAsia="ja-JP"/>
              </w:rPr>
              <w:t>・</w:t>
            </w:r>
            <w:r w:rsidR="00E24F5E" w:rsidRPr="00A67863">
              <w:rPr>
                <w:rFonts w:eastAsia="Yu Gothic" w:hint="eastAsia"/>
                <w:sz w:val="18"/>
                <w:szCs w:val="18"/>
                <w:lang w:eastAsia="ja-JP"/>
              </w:rPr>
              <w:t>水やり</w:t>
            </w:r>
            <w:r w:rsidR="00A67863" w:rsidRPr="00A67863">
              <w:rPr>
                <w:rFonts w:eastAsia="Yu Gothic" w:hint="eastAsia"/>
                <w:sz w:val="18"/>
                <w:szCs w:val="18"/>
                <w:lang w:eastAsia="ja-JP"/>
              </w:rPr>
              <w:t>→熟成期へ</w:t>
            </w:r>
            <w:r w:rsidR="00A67863">
              <w:rPr>
                <w:rFonts w:eastAsia="Yu Gothic" w:hint="eastAsia"/>
                <w:sz w:val="18"/>
                <w:szCs w:val="18"/>
                <w:lang w:eastAsia="ja-JP"/>
              </w:rPr>
              <w:t>）</w:t>
            </w:r>
          </w:p>
          <w:p w14:paraId="1C7A214D" w14:textId="146BF463" w:rsidR="00A67863" w:rsidRPr="00A67863" w:rsidRDefault="00A67863">
            <w:pPr>
              <w:spacing w:after="0"/>
              <w:rPr>
                <w:rFonts w:eastAsia="Yu Gothic"/>
                <w:sz w:val="18"/>
                <w:szCs w:val="18"/>
                <w:lang w:eastAsia="ja-JP"/>
              </w:rPr>
            </w:pPr>
            <w:r>
              <w:rPr>
                <w:rFonts w:eastAsia="Yu Gothic" w:hint="eastAsia"/>
                <w:sz w:val="18"/>
                <w:szCs w:val="18"/>
                <w:lang w:eastAsia="ja-JP"/>
              </w:rPr>
              <w:t>チューリップ栽培</w:t>
            </w:r>
            <w:r w:rsidR="0006036E">
              <w:rPr>
                <w:rFonts w:eastAsia="Yu Gothic" w:hint="eastAsia"/>
                <w:sz w:val="18"/>
                <w:szCs w:val="18"/>
                <w:lang w:eastAsia="ja-JP"/>
              </w:rPr>
              <w:t>（水やり、観察）</w:t>
            </w:r>
          </w:p>
        </w:tc>
        <w:tc>
          <w:tcPr>
            <w:tcW w:w="3312" w:type="dxa"/>
            <w:shd w:val="clear" w:color="auto" w:fill="FAFAFA"/>
            <w:tcMar>
              <w:top w:w="70" w:type="dxa"/>
              <w:left w:w="100" w:type="dxa"/>
              <w:bottom w:w="70" w:type="dxa"/>
              <w:right w:w="100" w:type="dxa"/>
            </w:tcMar>
          </w:tcPr>
          <w:p w14:paraId="145C3D73" w14:textId="7878A5DB" w:rsidR="00CA682D" w:rsidRPr="000E6765" w:rsidRDefault="006626AD">
            <w:pPr>
              <w:spacing w:after="0"/>
              <w:rPr>
                <w:rFonts w:eastAsia="Yu Gothic"/>
                <w:lang w:eastAsia="ja-JP"/>
              </w:rPr>
            </w:pPr>
            <w:r w:rsidRPr="006626AD">
              <w:rPr>
                <w:rFonts w:eastAsia="Yu Gothic" w:hint="eastAsia"/>
                <w:sz w:val="18"/>
                <w:szCs w:val="20"/>
                <w:lang w:eastAsia="ja-JP"/>
              </w:rPr>
              <w:t>「生きている土」を実感できる期間</w:t>
            </w:r>
          </w:p>
        </w:tc>
      </w:tr>
      <w:tr w:rsidR="00CA682D" w:rsidRPr="000E6765" w14:paraId="2ECEF9BA" w14:textId="77777777">
        <w:trPr>
          <w:jc w:val="center"/>
        </w:trPr>
        <w:tc>
          <w:tcPr>
            <w:tcW w:w="1728" w:type="dxa"/>
            <w:tcMar>
              <w:top w:w="70" w:type="dxa"/>
              <w:left w:w="100" w:type="dxa"/>
              <w:bottom w:w="70" w:type="dxa"/>
              <w:right w:w="100" w:type="dxa"/>
            </w:tcMar>
          </w:tcPr>
          <w:p w14:paraId="7F32E3CA" w14:textId="50F064F0" w:rsidR="00CA682D" w:rsidRPr="000E6765" w:rsidRDefault="00BF4202">
            <w:pPr>
              <w:spacing w:after="0"/>
              <w:rPr>
                <w:rFonts w:eastAsia="Yu Gothic"/>
              </w:rPr>
            </w:pPr>
            <w:r w:rsidRPr="000E6765">
              <w:rPr>
                <w:rFonts w:eastAsia="Yu Gothic"/>
                <w:sz w:val="18"/>
              </w:rPr>
              <w:t>4月</w:t>
            </w:r>
            <w:r w:rsidR="00681D83">
              <w:rPr>
                <w:rFonts w:eastAsia="Yu Gothic" w:hint="eastAsia"/>
                <w:sz w:val="18"/>
                <w:lang w:eastAsia="ja-JP"/>
              </w:rPr>
              <w:t>・５月</w:t>
            </w:r>
          </w:p>
        </w:tc>
        <w:tc>
          <w:tcPr>
            <w:tcW w:w="4608" w:type="dxa"/>
            <w:tcMar>
              <w:top w:w="70" w:type="dxa"/>
              <w:left w:w="100" w:type="dxa"/>
              <w:bottom w:w="70" w:type="dxa"/>
              <w:right w:w="100" w:type="dxa"/>
            </w:tcMar>
          </w:tcPr>
          <w:p w14:paraId="5E59BFF5" w14:textId="24EC6E01" w:rsidR="00CA682D" w:rsidRPr="00E761E2" w:rsidRDefault="00DB3457">
            <w:pPr>
              <w:spacing w:after="0"/>
              <w:rPr>
                <w:rFonts w:eastAsia="Yu Gothic"/>
                <w:sz w:val="18"/>
                <w:szCs w:val="18"/>
                <w:lang w:eastAsia="ja-JP"/>
              </w:rPr>
            </w:pPr>
            <w:r w:rsidRPr="00E761E2">
              <w:rPr>
                <w:rFonts w:eastAsia="Yu Gothic" w:hint="eastAsia"/>
                <w:sz w:val="18"/>
                <w:szCs w:val="18"/>
                <w:lang w:eastAsia="ja-JP"/>
              </w:rPr>
              <w:t>チューリップ</w:t>
            </w:r>
            <w:r w:rsidR="00BF4202" w:rsidRPr="00E761E2">
              <w:rPr>
                <w:rFonts w:eastAsia="Yu Gothic"/>
                <w:sz w:val="18"/>
                <w:szCs w:val="18"/>
                <w:lang w:eastAsia="ja-JP"/>
              </w:rPr>
              <w:t>開花</w:t>
            </w:r>
            <w:r w:rsidRPr="00E761E2">
              <w:rPr>
                <w:rFonts w:eastAsia="Yu Gothic" w:hint="eastAsia"/>
                <w:sz w:val="18"/>
                <w:szCs w:val="18"/>
                <w:lang w:eastAsia="ja-JP"/>
              </w:rPr>
              <w:t>（予定）</w:t>
            </w:r>
            <w:r w:rsidR="00BF4202" w:rsidRPr="00E761E2">
              <w:rPr>
                <w:rFonts w:eastAsia="Yu Gothic"/>
                <w:sz w:val="18"/>
                <w:szCs w:val="18"/>
                <w:lang w:eastAsia="ja-JP"/>
              </w:rPr>
              <w:t>・成果集計・広報発信</w:t>
            </w:r>
            <w:r w:rsidRPr="00E761E2">
              <w:rPr>
                <w:rFonts w:eastAsia="Yu Gothic"/>
                <w:sz w:val="18"/>
                <w:szCs w:val="18"/>
                <w:lang w:eastAsia="ja-JP"/>
              </w:rPr>
              <w:br/>
            </w:r>
            <w:r w:rsidRPr="00E761E2">
              <w:rPr>
                <w:rFonts w:eastAsia="Yu Gothic" w:hint="eastAsia"/>
                <w:sz w:val="18"/>
                <w:szCs w:val="18"/>
                <w:lang w:eastAsia="ja-JP"/>
              </w:rPr>
              <w:t>コンポストで作成した土への植え付け</w:t>
            </w:r>
          </w:p>
        </w:tc>
        <w:tc>
          <w:tcPr>
            <w:tcW w:w="3312" w:type="dxa"/>
            <w:tcMar>
              <w:top w:w="70" w:type="dxa"/>
              <w:left w:w="100" w:type="dxa"/>
              <w:bottom w:w="70" w:type="dxa"/>
              <w:right w:w="100" w:type="dxa"/>
            </w:tcMar>
          </w:tcPr>
          <w:p w14:paraId="3425F258" w14:textId="77777777" w:rsidR="00CA682D" w:rsidRPr="000E6765" w:rsidRDefault="00BF4202">
            <w:pPr>
              <w:spacing w:after="0"/>
              <w:rPr>
                <w:rFonts w:eastAsia="Yu Gothic"/>
                <w:lang w:eastAsia="ja-JP"/>
              </w:rPr>
            </w:pPr>
            <w:r w:rsidRPr="000E6765">
              <w:rPr>
                <w:rFonts w:eastAsia="Yu Gothic"/>
                <w:sz w:val="18"/>
                <w:lang w:eastAsia="ja-JP"/>
              </w:rPr>
              <w:t>卒園・進級祝いとともに、地域紙や広報誌等へ発信します。</w:t>
            </w:r>
          </w:p>
        </w:tc>
      </w:tr>
    </w:tbl>
    <w:p w14:paraId="3FD5BB27" w14:textId="6F37C603" w:rsidR="00C32CD6" w:rsidRDefault="00C32CD6" w:rsidP="00AE4FEE">
      <w:pPr>
        <w:pStyle w:val="2f2"/>
        <w:spacing w:after="120"/>
      </w:pPr>
      <w:r>
        <w:rPr>
          <w:b/>
          <w:color w:val="2E7D32"/>
          <w:sz w:val="24"/>
          <w:szCs w:val="24"/>
        </w:rPr>
        <w:br/>
      </w:r>
      <w:r w:rsidR="00FB76BB" w:rsidRPr="009039B8">
        <w:rPr>
          <w:b/>
          <w:color w:val="2E7D32"/>
          <w:sz w:val="24"/>
          <w:szCs w:val="24"/>
        </w:rPr>
        <w:t xml:space="preserve">3. 応募方法　</w:t>
      </w:r>
      <w:r w:rsidR="009039B8">
        <w:rPr>
          <w:rFonts w:ascii="ＭＳ 明朝" w:eastAsia="ＭＳ 明朝" w:hAnsi="ＭＳ 明朝" w:hint="eastAsia"/>
        </w:rPr>
        <w:t>応募用紙に必要事項をご記入の上、メールに添付して、</w:t>
      </w:r>
      <w:r w:rsidR="00FB76BB" w:rsidRPr="000E6765">
        <w:rPr>
          <w:rFonts w:hint="eastAsia"/>
        </w:rPr>
        <w:t>地域奉仕・環境事業主任の東</w:t>
      </w:r>
      <w:r w:rsidR="009039B8">
        <w:rPr>
          <w:rFonts w:ascii="ＭＳ 明朝" w:eastAsia="ＭＳ 明朝" w:hAnsi="ＭＳ 明朝" w:hint="eastAsia"/>
        </w:rPr>
        <w:t>および所属部の部長へ提出して</w:t>
      </w:r>
      <w:r w:rsidR="00FB76BB" w:rsidRPr="000E6765">
        <w:rPr>
          <w:rFonts w:hint="eastAsia"/>
        </w:rPr>
        <w:t>ください。</w:t>
      </w:r>
      <w:r w:rsidR="007F2C10" w:rsidRPr="000E6765">
        <w:t>決定通知</w:t>
      </w:r>
      <w:r w:rsidR="00575A15">
        <w:rPr>
          <w:rFonts w:hint="eastAsia"/>
        </w:rPr>
        <w:t>は、</w:t>
      </w:r>
      <w:r w:rsidR="007F2C10" w:rsidRPr="000E6765">
        <w:t>2026年11月2</w:t>
      </w:r>
      <w:r w:rsidR="00575A15">
        <w:rPr>
          <w:rFonts w:hint="eastAsia"/>
        </w:rPr>
        <w:t>5</w:t>
      </w:r>
      <w:r w:rsidR="007F2C10" w:rsidRPr="000E6765">
        <w:t>日（</w:t>
      </w:r>
      <w:r w:rsidR="00575A15">
        <w:rPr>
          <w:rFonts w:hint="eastAsia"/>
        </w:rPr>
        <w:t>水</w:t>
      </w:r>
      <w:r w:rsidR="007F2C10" w:rsidRPr="000E6765">
        <w:t>）</w:t>
      </w:r>
      <w:r w:rsidR="00CB348D">
        <w:rPr>
          <w:rFonts w:hint="eastAsia"/>
        </w:rPr>
        <w:t>。</w:t>
      </w:r>
      <w:r w:rsidR="007F2C10" w:rsidRPr="000E6765">
        <w:t>各</w:t>
      </w:r>
      <w:r w:rsidR="007F2C10" w:rsidRPr="000E6765">
        <w:rPr>
          <w:rFonts w:hint="eastAsia"/>
        </w:rPr>
        <w:t>部長、</w:t>
      </w:r>
      <w:r w:rsidR="007F2C10" w:rsidRPr="000E6765">
        <w:t>クラブ会長へご連絡いたします</w:t>
      </w:r>
    </w:p>
    <w:p w14:paraId="41FC8A3C" w14:textId="0B5BD87C" w:rsidR="00AE4FEE" w:rsidRPr="00C32CD6" w:rsidRDefault="007F2C10" w:rsidP="00C32CD6">
      <w:pPr>
        <w:pStyle w:val="2f2"/>
        <w:spacing w:after="120"/>
        <w:rPr>
          <w:rFonts w:ascii="Cambria Math" w:hAnsi="Cambria Math" w:cs="Cambria Math"/>
          <w:sz w:val="2"/>
          <w:szCs w:val="2"/>
        </w:rPr>
      </w:pPr>
      <w:r w:rsidRPr="000E6765">
        <w:t>【問い合わせ先】</w:t>
      </w:r>
      <w:r w:rsidRPr="000E6765">
        <w:br/>
        <w:t>ワイズメンズクラブ西日本区</w:t>
      </w:r>
      <w:r w:rsidR="00CB348D">
        <w:br/>
      </w:r>
      <w:r w:rsidRPr="000E6765">
        <w:rPr>
          <w:rFonts w:hint="eastAsia"/>
        </w:rPr>
        <w:t>地域奉仕・環境事業主任　東　菜保子（熊本にし）</w:t>
      </w:r>
      <w:r w:rsidRPr="000E6765">
        <w:br/>
        <w:t>TEL：080-5211-0953 /</w:t>
      </w:r>
      <w:r w:rsidRPr="000E6765">
        <w:rPr>
          <w:rFonts w:hint="eastAsia"/>
        </w:rPr>
        <w:t xml:space="preserve"> </w:t>
      </w:r>
      <w:r w:rsidRPr="000E6765">
        <w:t>E-mail：</w:t>
      </w:r>
      <w:hyperlink r:id="rId9" w:history="1">
        <w:r w:rsidR="00C32CD6" w:rsidRPr="00934F51">
          <w:rPr>
            <w:rStyle w:val="aff4"/>
          </w:rPr>
          <w:t>n-higashi@higashi-partners.com</w:t>
        </w:r>
      </w:hyperlink>
      <w:r w:rsidR="00C32CD6">
        <w:br/>
      </w:r>
      <w:r w:rsidR="009039B8">
        <w:rPr>
          <w:rFonts w:ascii="Cambria Math" w:hAnsi="Cambria Math" w:cs="Cambria Math"/>
          <w:sz w:val="2"/>
          <w:szCs w:val="2"/>
        </w:rPr>
        <w:br w:type="page"/>
      </w:r>
      <w:r w:rsidR="00C32CD6">
        <w:rPr>
          <w:rFonts w:ascii="Cambria Math" w:hAnsi="Cambria Math" w:cs="Cambria Math"/>
          <w:sz w:val="2"/>
          <w:szCs w:val="2"/>
        </w:rPr>
        <w:br/>
      </w:r>
    </w:p>
    <w:p w14:paraId="50DB02B7" w14:textId="7AC711A3" w:rsidR="00FB76BB" w:rsidRPr="00553093" w:rsidRDefault="00FB76BB" w:rsidP="0013072C">
      <w:pPr>
        <w:pStyle w:val="aa"/>
        <w:jc w:val="center"/>
        <w:rPr>
          <w:rFonts w:ascii="Yu Gothic" w:eastAsia="Yu Gothic" w:hAnsi="Yu Gothic"/>
          <w:color w:val="2E7D32"/>
          <w:kern w:val="2"/>
          <w:sz w:val="30"/>
          <w:szCs w:val="30"/>
          <w:lang w:eastAsia="ja-JP"/>
          <w14:ligatures w14:val="standardContextual"/>
        </w:rPr>
      </w:pPr>
      <w:r w:rsidRPr="00553093">
        <w:rPr>
          <w:rFonts w:ascii="Yu Gothic" w:eastAsia="Yu Gothic" w:hAnsi="Yu Gothic"/>
          <w:b/>
          <w:bCs/>
          <w:color w:val="2E7D32"/>
          <w:sz w:val="30"/>
          <w:szCs w:val="30"/>
          <w:lang w:eastAsia="ja-JP"/>
        </w:rPr>
        <w:lastRenderedPageBreak/>
        <w:t>西日本区一斉環境保全プロジェクト</w:t>
      </w:r>
      <w:r w:rsidRPr="00553093">
        <w:rPr>
          <w:rFonts w:ascii="Yu Gothic" w:eastAsia="Yu Gothic" w:hAnsi="Yu Gothic"/>
          <w:b/>
          <w:color w:val="2E7D32"/>
          <w:sz w:val="30"/>
          <w:szCs w:val="30"/>
          <w:lang w:eastAsia="ja-JP"/>
        </w:rPr>
        <w:br/>
      </w:r>
      <w:r w:rsidRPr="00553093">
        <w:rPr>
          <w:rFonts w:ascii="Yu Gothic" w:eastAsia="Yu Gothic" w:hAnsi="Yu Gothic"/>
          <w:b/>
          <w:bCs/>
          <w:color w:val="2E7D32"/>
          <w:sz w:val="30"/>
          <w:szCs w:val="30"/>
          <w:lang w:eastAsia="ja-JP"/>
        </w:rPr>
        <w:t>「地域に花を咲かせよう</w:t>
      </w:r>
      <w:r w:rsidRPr="00553093">
        <w:rPr>
          <w:rFonts w:ascii="Yu Gothic" w:eastAsia="Yu Gothic" w:hAnsi="Yu Gothic"/>
          <w:b/>
          <w:color w:val="2E7D32"/>
          <w:sz w:val="30"/>
          <w:szCs w:val="30"/>
          <w:lang w:eastAsia="ja-JP"/>
        </w:rPr>
        <w:t xml:space="preserve"> </w:t>
      </w:r>
      <w:r w:rsidRPr="00553093">
        <w:rPr>
          <w:rFonts w:ascii="Yu Gothic" w:eastAsia="Yu Gothic" w:hAnsi="Yu Gothic"/>
          <w:b/>
          <w:bCs/>
          <w:color w:val="2E7D32"/>
          <w:sz w:val="30"/>
          <w:szCs w:val="30"/>
          <w:lang w:eastAsia="ja-JP"/>
        </w:rPr>
        <w:t>いのちの土づくりアクション」</w:t>
      </w:r>
      <w:r w:rsidRPr="00553093">
        <w:rPr>
          <w:rFonts w:ascii="Yu Gothic" w:eastAsia="Yu Gothic" w:hAnsi="Yu Gothic"/>
          <w:b/>
          <w:color w:val="2E7D32"/>
          <w:sz w:val="30"/>
          <w:szCs w:val="30"/>
          <w:lang w:eastAsia="ja-JP"/>
        </w:rPr>
        <w:br/>
      </w:r>
      <w:r w:rsidRPr="00553093">
        <w:rPr>
          <w:rFonts w:ascii="Yu Gothic" w:eastAsia="Yu Gothic" w:hAnsi="Yu Gothic"/>
          <w:b/>
          <w:bCs/>
          <w:color w:val="2E7D32"/>
          <w:sz w:val="30"/>
          <w:szCs w:val="30"/>
          <w:lang w:eastAsia="ja-JP"/>
        </w:rPr>
        <w:t>実施協力クラブ</w:t>
      </w:r>
      <w:r w:rsidRPr="00553093">
        <w:rPr>
          <w:rFonts w:ascii="Yu Gothic" w:eastAsia="Yu Gothic" w:hAnsi="Yu Gothic"/>
          <w:b/>
          <w:color w:val="2E7D32"/>
          <w:sz w:val="30"/>
          <w:szCs w:val="30"/>
          <w:lang w:eastAsia="ja-JP"/>
        </w:rPr>
        <w:t xml:space="preserve"> </w:t>
      </w:r>
      <w:r w:rsidRPr="00553093">
        <w:rPr>
          <w:rFonts w:ascii="Yu Gothic" w:eastAsia="Yu Gothic" w:hAnsi="Yu Gothic"/>
          <w:b/>
          <w:bCs/>
          <w:color w:val="2E7D32"/>
          <w:sz w:val="30"/>
          <w:szCs w:val="30"/>
          <w:lang w:eastAsia="ja-JP"/>
        </w:rPr>
        <w:t>応募用紙</w:t>
      </w:r>
    </w:p>
    <w:p w14:paraId="53538333" w14:textId="77777777" w:rsidR="00B17AF3" w:rsidRDefault="00FB76BB" w:rsidP="00B80F9E">
      <w:pPr>
        <w:rPr>
          <w:rFonts w:eastAsia="Yu Gothic"/>
          <w:lang w:eastAsia="ja-JP"/>
        </w:rPr>
      </w:pPr>
      <w:r w:rsidRPr="00B80F9E">
        <w:rPr>
          <w:rFonts w:eastAsia="Yu Gothic" w:hint="eastAsia"/>
        </w:rPr>
        <w:t>応募締切：</w:t>
      </w:r>
      <w:r w:rsidRPr="00B80F9E">
        <w:rPr>
          <w:rFonts w:eastAsia="Yu Gothic"/>
        </w:rPr>
        <w:t>2026</w:t>
      </w:r>
      <w:r w:rsidRPr="00B80F9E">
        <w:rPr>
          <w:rFonts w:eastAsia="Yu Gothic" w:hint="eastAsia"/>
        </w:rPr>
        <w:t>年</w:t>
      </w:r>
      <w:r w:rsidRPr="00B80F9E">
        <w:rPr>
          <w:rFonts w:eastAsia="Yu Gothic"/>
        </w:rPr>
        <w:t>11</w:t>
      </w:r>
      <w:r w:rsidRPr="00B80F9E">
        <w:rPr>
          <w:rFonts w:eastAsia="Yu Gothic" w:hint="eastAsia"/>
        </w:rPr>
        <w:t>月</w:t>
      </w:r>
      <w:r w:rsidRPr="00B80F9E">
        <w:rPr>
          <w:rFonts w:eastAsia="Yu Gothic"/>
        </w:rPr>
        <w:t>20</w:t>
      </w:r>
      <w:r w:rsidRPr="00B80F9E">
        <w:rPr>
          <w:rFonts w:eastAsia="Yu Gothic" w:hint="eastAsia"/>
        </w:rPr>
        <w:t>日（金）必着</w:t>
      </w:r>
      <w:r w:rsidRPr="00B80F9E">
        <w:rPr>
          <w:rFonts w:eastAsia="Yu Gothic"/>
        </w:rPr>
        <w:t>。</w:t>
      </w:r>
    </w:p>
    <w:p w14:paraId="04AF754B" w14:textId="5DD87027" w:rsidR="00B80F9E" w:rsidRPr="00B80F9E" w:rsidRDefault="00B80F9E" w:rsidP="00B80F9E">
      <w:pPr>
        <w:rPr>
          <w:rFonts w:eastAsia="Yu Gothic"/>
          <w:lang w:eastAsia="ja-JP"/>
        </w:rPr>
      </w:pPr>
      <w:r w:rsidRPr="00B80F9E">
        <w:rPr>
          <w:rFonts w:eastAsia="Yu Gothic" w:hint="eastAsia"/>
        </w:rPr>
        <w:t>提出先：地域奉仕・環境事業主任　東</w:t>
      </w:r>
      <w:r w:rsidRPr="00B80F9E">
        <w:rPr>
          <w:rFonts w:eastAsia="Yu Gothic" w:hint="eastAsia"/>
          <w:lang w:eastAsia="ja-JP"/>
        </w:rPr>
        <w:t xml:space="preserve">　</w:t>
      </w:r>
      <w:r w:rsidRPr="00B80F9E">
        <w:rPr>
          <w:rFonts w:eastAsia="Yu Gothic" w:hint="eastAsia"/>
        </w:rPr>
        <w:t>菜保子　n-higashi@higashi-partners.com</w:t>
      </w:r>
      <w:r w:rsidRPr="00B80F9E">
        <w:rPr>
          <w:rFonts w:eastAsia="Yu Gothic" w:hint="eastAsia"/>
        </w:rPr>
        <w:br/>
        <w:t xml:space="preserve">　　　　</w:t>
      </w:r>
      <w:r w:rsidRPr="00B80F9E">
        <w:rPr>
          <w:rFonts w:eastAsia="Yu Gothic"/>
        </w:rPr>
        <w:t>所属部の部長のメールアドレスは、各クラブでご確認ください</w:t>
      </w:r>
      <w:r>
        <w:rPr>
          <w:rFonts w:eastAsia="Yu Gothic" w:hint="eastAsia"/>
          <w:lang w:eastAsia="ja-JP"/>
        </w:rPr>
        <w:t>。</w:t>
      </w:r>
    </w:p>
    <w:tbl>
      <w:tblPr>
        <w:tblStyle w:val="2-3"/>
        <w:tblW w:w="5000" w:type="pct"/>
        <w:tblLook w:val="04A0" w:firstRow="1" w:lastRow="0" w:firstColumn="1" w:lastColumn="0" w:noHBand="0" w:noVBand="1"/>
      </w:tblPr>
      <w:tblGrid>
        <w:gridCol w:w="3024"/>
        <w:gridCol w:w="7776"/>
      </w:tblGrid>
      <w:tr w:rsidR="009039B8" w14:paraId="48501B0B" w14:textId="77777777" w:rsidTr="007F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0" w:type="pct"/>
          </w:tcPr>
          <w:p w14:paraId="03CC2F1E" w14:textId="253DCA06" w:rsidR="009039B8" w:rsidRDefault="00FB76BB" w:rsidP="00700CF3">
            <w:pPr>
              <w:pStyle w:val="2f2"/>
            </w:pPr>
            <w:r>
              <w:rPr>
                <w:rFonts w:hint="eastAsia"/>
              </w:rPr>
              <w:t>応募日</w:t>
            </w:r>
          </w:p>
        </w:tc>
        <w:tc>
          <w:tcPr>
            <w:tcW w:w="0" w:type="auto"/>
          </w:tcPr>
          <w:p w14:paraId="4B384230" w14:textId="36E2DD33" w:rsidR="009039B8" w:rsidRDefault="00FB76BB" w:rsidP="005B3BB8">
            <w:pPr>
              <w:pStyle w:val="2f2"/>
              <w:cnfStyle w:val="100000000000" w:firstRow="1" w:lastRow="0" w:firstColumn="0" w:lastColumn="0" w:oddVBand="0" w:evenVBand="0" w:oddHBand="0" w:evenHBand="0" w:firstRowFirstColumn="0" w:firstRowLastColumn="0" w:lastRowFirstColumn="0" w:lastRowLastColumn="0"/>
            </w:pPr>
            <w:r>
              <w:rPr>
                <w:rFonts w:hint="eastAsia"/>
              </w:rPr>
              <w:t xml:space="preserve">　　　　</w:t>
            </w:r>
            <w:r w:rsidR="00364DD2">
              <w:rPr>
                <w:rFonts w:hint="eastAsia"/>
              </w:rPr>
              <w:t>2026</w:t>
            </w:r>
            <w:r>
              <w:rPr>
                <w:rFonts w:hint="eastAsia"/>
              </w:rPr>
              <w:t>年　　　月　　　日</w:t>
            </w:r>
          </w:p>
        </w:tc>
      </w:tr>
      <w:tr w:rsidR="009039B8" w14:paraId="38579BF2" w14:textId="77777777" w:rsidTr="007F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2A50DC" w14:textId="4EE86FCE" w:rsidR="009039B8" w:rsidRDefault="00FB76BB" w:rsidP="00E858BE">
            <w:pPr>
              <w:pStyle w:val="2f2"/>
            </w:pPr>
            <w:r>
              <w:rPr>
                <w:rFonts w:hint="eastAsia"/>
              </w:rPr>
              <w:t>所属部・クラブ名</w:t>
            </w:r>
          </w:p>
        </w:tc>
        <w:tc>
          <w:tcPr>
            <w:tcW w:w="0" w:type="auto"/>
          </w:tcPr>
          <w:p w14:paraId="266CD5ED" w14:textId="6B79B30F" w:rsidR="009039B8" w:rsidRDefault="00FB76BB" w:rsidP="00D35D80">
            <w:pPr>
              <w:pStyle w:val="2f2"/>
              <w:cnfStyle w:val="000000100000" w:firstRow="0" w:lastRow="0" w:firstColumn="0" w:lastColumn="0" w:oddVBand="0" w:evenVBand="0" w:oddHBand="1" w:evenHBand="0" w:firstRowFirstColumn="0" w:firstRowLastColumn="0" w:lastRowFirstColumn="0" w:lastRowLastColumn="0"/>
            </w:pPr>
            <w:r>
              <w:rPr>
                <w:rFonts w:hint="eastAsia"/>
              </w:rPr>
              <w:t>所属部：</w:t>
            </w:r>
            <w:r>
              <w:rPr>
                <w:rFonts w:hint="eastAsia"/>
              </w:rPr>
              <w:br/>
              <w:t>クラブ名：</w:t>
            </w:r>
          </w:p>
        </w:tc>
      </w:tr>
      <w:tr w:rsidR="009039B8" w14:paraId="18A92799" w14:textId="77777777" w:rsidTr="007F33ED">
        <w:tc>
          <w:tcPr>
            <w:cnfStyle w:val="001000000000" w:firstRow="0" w:lastRow="0" w:firstColumn="1" w:lastColumn="0" w:oddVBand="0" w:evenVBand="0" w:oddHBand="0" w:evenHBand="0" w:firstRowFirstColumn="0" w:firstRowLastColumn="0" w:lastRowFirstColumn="0" w:lastRowLastColumn="0"/>
            <w:tcW w:w="0" w:type="auto"/>
          </w:tcPr>
          <w:p w14:paraId="14066B42" w14:textId="68B9343D" w:rsidR="009039B8" w:rsidRDefault="00FB76BB" w:rsidP="00113176">
            <w:pPr>
              <w:pStyle w:val="2f2"/>
            </w:pPr>
            <w:r>
              <w:rPr>
                <w:rFonts w:hint="eastAsia"/>
              </w:rPr>
              <w:t>クラブ側の担当者</w:t>
            </w:r>
          </w:p>
        </w:tc>
        <w:tc>
          <w:tcPr>
            <w:tcW w:w="0" w:type="auto"/>
          </w:tcPr>
          <w:p w14:paraId="554D7C5F" w14:textId="791632C2" w:rsidR="009039B8" w:rsidRDefault="00FB76BB" w:rsidP="00ED02FA">
            <w:pPr>
              <w:pStyle w:val="2f2"/>
              <w:cnfStyle w:val="000000000000" w:firstRow="0" w:lastRow="0" w:firstColumn="0" w:lastColumn="0" w:oddVBand="0" w:evenVBand="0" w:oddHBand="0" w:evenHBand="0" w:firstRowFirstColumn="0" w:firstRowLastColumn="0" w:lastRowFirstColumn="0" w:lastRowLastColumn="0"/>
            </w:pPr>
            <w:r>
              <w:rPr>
                <w:rFonts w:hint="eastAsia"/>
              </w:rPr>
              <w:t>氏名：</w:t>
            </w:r>
            <w:r>
              <w:rPr>
                <w:rFonts w:hint="eastAsia"/>
              </w:rPr>
              <w:br/>
              <w:t>電話番号：</w:t>
            </w:r>
            <w:r>
              <w:rPr>
                <w:rFonts w:hint="eastAsia"/>
              </w:rPr>
              <w:br/>
              <w:t>メールアドレス：</w:t>
            </w:r>
          </w:p>
        </w:tc>
      </w:tr>
      <w:tr w:rsidR="009039B8" w14:paraId="635D258D" w14:textId="77777777" w:rsidTr="007F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60DF51" w14:textId="5418A3C5" w:rsidR="009039B8" w:rsidRDefault="00FB76BB" w:rsidP="006E53EB">
            <w:pPr>
              <w:pStyle w:val="2f2"/>
            </w:pPr>
            <w:r>
              <w:rPr>
                <w:rFonts w:hint="eastAsia"/>
              </w:rPr>
              <w:t>参加予定施設</w:t>
            </w:r>
          </w:p>
        </w:tc>
        <w:tc>
          <w:tcPr>
            <w:tcW w:w="0" w:type="auto"/>
          </w:tcPr>
          <w:p w14:paraId="1B63EBE3" w14:textId="1878B9F3" w:rsidR="009039B8" w:rsidRDefault="00FB76BB" w:rsidP="0027604D">
            <w:pPr>
              <w:pStyle w:val="2f2"/>
              <w:cnfStyle w:val="000000100000" w:firstRow="0" w:lastRow="0" w:firstColumn="0" w:lastColumn="0" w:oddVBand="0" w:evenVBand="0" w:oddHBand="1" w:evenHBand="0" w:firstRowFirstColumn="0" w:firstRowLastColumn="0" w:lastRowFirstColumn="0" w:lastRowLastColumn="0"/>
            </w:pPr>
            <w:r>
              <w:rPr>
                <w:rFonts w:hint="eastAsia"/>
              </w:rPr>
              <w:t>施設名称：</w:t>
            </w:r>
            <w:r>
              <w:rPr>
                <w:rFonts w:hint="eastAsia"/>
              </w:rPr>
              <w:br/>
              <w:t>住所：〒</w:t>
            </w:r>
            <w:r>
              <w:rPr>
                <w:rFonts w:hint="eastAsia"/>
              </w:rPr>
              <w:br/>
              <w:t xml:space="preserve">　　　　　　　　　　　　　　　　　　　　　　　　　</w:t>
            </w:r>
          </w:p>
        </w:tc>
      </w:tr>
      <w:tr w:rsidR="009039B8" w14:paraId="38AF0DD9" w14:textId="77777777" w:rsidTr="007F33ED">
        <w:tc>
          <w:tcPr>
            <w:cnfStyle w:val="001000000000" w:firstRow="0" w:lastRow="0" w:firstColumn="1" w:lastColumn="0" w:oddVBand="0" w:evenVBand="0" w:oddHBand="0" w:evenHBand="0" w:firstRowFirstColumn="0" w:firstRowLastColumn="0" w:lastRowFirstColumn="0" w:lastRowLastColumn="0"/>
            <w:tcW w:w="0" w:type="auto"/>
          </w:tcPr>
          <w:p w14:paraId="07767402" w14:textId="324D1472" w:rsidR="009039B8" w:rsidRDefault="00FB76BB" w:rsidP="00F73CBA">
            <w:pPr>
              <w:pStyle w:val="2f2"/>
            </w:pPr>
            <w:r>
              <w:rPr>
                <w:rFonts w:hint="eastAsia"/>
              </w:rPr>
              <w:t>施設とクラブの関係性</w:t>
            </w:r>
          </w:p>
        </w:tc>
        <w:tc>
          <w:tcPr>
            <w:tcW w:w="0" w:type="auto"/>
          </w:tcPr>
          <w:p w14:paraId="664D25C6" w14:textId="6EF24F6E" w:rsidR="009039B8" w:rsidRDefault="00FB76BB" w:rsidP="00AF0F28">
            <w:pPr>
              <w:pStyle w:val="2f2"/>
              <w:cnfStyle w:val="000000000000" w:firstRow="0" w:lastRow="0" w:firstColumn="0" w:lastColumn="0" w:oddVBand="0" w:evenVBand="0" w:oddHBand="0" w:evenHBand="0" w:firstRowFirstColumn="0" w:firstRowLastColumn="0" w:lastRowFirstColumn="0" w:lastRowLastColumn="0"/>
            </w:pPr>
            <w:r>
              <w:rPr>
                <w:rFonts w:hint="eastAsia"/>
              </w:rPr>
              <w:t>これまでの交流・協力実績など：</w:t>
            </w:r>
            <w:r>
              <w:rPr>
                <w:rFonts w:hint="eastAsia"/>
              </w:rPr>
              <w:br/>
              <w:t xml:space="preserve">　　　　　　　　　　　　　　　　　　　　　　　　　</w:t>
            </w:r>
            <w:r>
              <w:rPr>
                <w:rFonts w:hint="eastAsia"/>
              </w:rPr>
              <w:br/>
              <w:t xml:space="preserve">　　　　　　　　　　　　　　　　　　　　　　　　　</w:t>
            </w:r>
          </w:p>
        </w:tc>
      </w:tr>
      <w:tr w:rsidR="009039B8" w14:paraId="3A9173E7" w14:textId="77777777" w:rsidTr="007F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EB30D68" w14:textId="5C47B6DC" w:rsidR="009039B8" w:rsidRDefault="00FB76BB" w:rsidP="00FC0440">
            <w:pPr>
              <w:pStyle w:val="2f2"/>
            </w:pPr>
            <w:r>
              <w:rPr>
                <w:rFonts w:hint="eastAsia"/>
              </w:rPr>
              <w:t>施設との調整状況</w:t>
            </w:r>
          </w:p>
        </w:tc>
        <w:tc>
          <w:tcPr>
            <w:tcW w:w="0" w:type="auto"/>
          </w:tcPr>
          <w:p w14:paraId="261624E0" w14:textId="7D30F819" w:rsidR="009039B8" w:rsidRDefault="00FB76BB" w:rsidP="00A54864">
            <w:pPr>
              <w:pStyle w:val="2f2"/>
              <w:cnfStyle w:val="000000100000" w:firstRow="0" w:lastRow="0" w:firstColumn="0" w:lastColumn="0" w:oddVBand="0" w:evenVBand="0" w:oddHBand="1" w:evenHBand="0" w:firstRowFirstColumn="0" w:firstRowLastColumn="0" w:lastRowFirstColumn="0" w:lastRowLastColumn="0"/>
            </w:pPr>
            <w:r>
              <w:rPr>
                <w:rFonts w:hint="eastAsia"/>
              </w:rPr>
              <w:t>該当するものに○：了承済み ／ 相談中 ／ 候補施設を選定中</w:t>
            </w:r>
            <w:r>
              <w:rPr>
                <w:rFonts w:hint="eastAsia"/>
              </w:rPr>
              <w:br/>
              <w:t>補足：</w:t>
            </w:r>
          </w:p>
        </w:tc>
      </w:tr>
      <w:tr w:rsidR="009039B8" w14:paraId="22B96135" w14:textId="77777777" w:rsidTr="007F33ED">
        <w:tc>
          <w:tcPr>
            <w:cnfStyle w:val="001000000000" w:firstRow="0" w:lastRow="0" w:firstColumn="1" w:lastColumn="0" w:oddVBand="0" w:evenVBand="0" w:oddHBand="0" w:evenHBand="0" w:firstRowFirstColumn="0" w:firstRowLastColumn="0" w:lastRowFirstColumn="0" w:lastRowLastColumn="0"/>
            <w:tcW w:w="0" w:type="auto"/>
          </w:tcPr>
          <w:p w14:paraId="7918262D" w14:textId="7FA251F2" w:rsidR="009039B8" w:rsidRDefault="00FB76BB" w:rsidP="00425F19">
            <w:pPr>
              <w:pStyle w:val="2f2"/>
            </w:pPr>
            <w:r>
              <w:rPr>
                <w:rFonts w:hint="eastAsia"/>
              </w:rPr>
              <w:t>参加予定人数・規模</w:t>
            </w:r>
          </w:p>
        </w:tc>
        <w:tc>
          <w:tcPr>
            <w:tcW w:w="0" w:type="auto"/>
          </w:tcPr>
          <w:p w14:paraId="2E7D9492" w14:textId="505D7ABD" w:rsidR="009039B8" w:rsidRDefault="00FB76BB" w:rsidP="004C589A">
            <w:pPr>
              <w:pStyle w:val="2f2"/>
              <w:cnfStyle w:val="000000000000" w:firstRow="0" w:lastRow="0" w:firstColumn="0" w:lastColumn="0" w:oddVBand="0" w:evenVBand="0" w:oddHBand="0" w:evenHBand="0" w:firstRowFirstColumn="0" w:firstRowLastColumn="0" w:lastRowFirstColumn="0" w:lastRowLastColumn="0"/>
            </w:pPr>
            <w:r>
              <w:rPr>
                <w:rFonts w:hint="eastAsia"/>
              </w:rPr>
              <w:t>子ども：約　　　人　　クラス数：　　　クラス</w:t>
            </w:r>
            <w:r>
              <w:rPr>
                <w:rFonts w:hint="eastAsia"/>
              </w:rPr>
              <w:br/>
              <w:t>クラブの協力予定人数：約　　　人</w:t>
            </w:r>
          </w:p>
        </w:tc>
      </w:tr>
      <w:tr w:rsidR="009039B8" w14:paraId="74536DB2" w14:textId="77777777" w:rsidTr="007F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D302A0" w14:textId="6F8F7B47" w:rsidR="009039B8" w:rsidRDefault="00FB76BB" w:rsidP="00E0642D">
            <w:pPr>
              <w:pStyle w:val="2f2"/>
            </w:pPr>
            <w:r>
              <w:rPr>
                <w:rFonts w:hint="eastAsia"/>
              </w:rPr>
              <w:t>実施・継続支援の見込み</w:t>
            </w:r>
          </w:p>
        </w:tc>
        <w:tc>
          <w:tcPr>
            <w:tcW w:w="0" w:type="auto"/>
          </w:tcPr>
          <w:p w14:paraId="06187BD6" w14:textId="283A3207" w:rsidR="009039B8" w:rsidRDefault="00FB76BB" w:rsidP="00064C5B">
            <w:pPr>
              <w:pStyle w:val="2f2"/>
              <w:cnfStyle w:val="000000100000" w:firstRow="0" w:lastRow="0" w:firstColumn="0" w:lastColumn="0" w:oddVBand="0" w:evenVBand="0" w:oddHBand="1" w:evenHBand="0" w:firstRowFirstColumn="0" w:firstRowLastColumn="0" w:lastRowFirstColumn="0" w:lastRowLastColumn="0"/>
            </w:pPr>
            <w:r>
              <w:rPr>
                <w:rFonts w:hint="eastAsia"/>
              </w:rPr>
              <w:t>2026年12月の開始：可能 ／ 調整中</w:t>
            </w:r>
          </w:p>
        </w:tc>
      </w:tr>
      <w:tr w:rsidR="009039B8" w14:paraId="19D5DEED" w14:textId="77777777" w:rsidTr="007F33ED">
        <w:tc>
          <w:tcPr>
            <w:cnfStyle w:val="001000000000" w:firstRow="0" w:lastRow="0" w:firstColumn="1" w:lastColumn="0" w:oddVBand="0" w:evenVBand="0" w:oddHBand="0" w:evenHBand="0" w:firstRowFirstColumn="0" w:firstRowLastColumn="0" w:lastRowFirstColumn="0" w:lastRowLastColumn="0"/>
            <w:tcW w:w="0" w:type="auto"/>
          </w:tcPr>
          <w:p w14:paraId="3FA44544" w14:textId="4055DA40" w:rsidR="009039B8" w:rsidRDefault="00FB76BB" w:rsidP="00C356B4">
            <w:pPr>
              <w:pStyle w:val="2f2"/>
            </w:pPr>
            <w:r>
              <w:rPr>
                <w:rFonts w:hint="eastAsia"/>
              </w:rPr>
              <w:t>資材送付先</w:t>
            </w:r>
          </w:p>
        </w:tc>
        <w:tc>
          <w:tcPr>
            <w:tcW w:w="0" w:type="auto"/>
          </w:tcPr>
          <w:p w14:paraId="1C02286F" w14:textId="01A4B8D4" w:rsidR="009039B8" w:rsidRDefault="00FB76BB" w:rsidP="00221AAA">
            <w:pPr>
              <w:pStyle w:val="2f2"/>
              <w:cnfStyle w:val="000000000000" w:firstRow="0" w:lastRow="0" w:firstColumn="0" w:lastColumn="0" w:oddVBand="0" w:evenVBand="0" w:oddHBand="0" w:evenHBand="0" w:firstRowFirstColumn="0" w:firstRowLastColumn="0" w:lastRowFirstColumn="0" w:lastRowLastColumn="0"/>
            </w:pPr>
            <w:r>
              <w:rPr>
                <w:rFonts w:hint="eastAsia"/>
              </w:rPr>
              <w:t>参加予定施設と同じ ／ 下記の送付先 ／ 未定</w:t>
            </w:r>
            <w:r>
              <w:rPr>
                <w:rFonts w:hint="eastAsia"/>
              </w:rPr>
              <w:br/>
              <w:t>住所：〒</w:t>
            </w:r>
            <w:r>
              <w:rPr>
                <w:rFonts w:hint="eastAsia"/>
              </w:rPr>
              <w:br/>
              <w:t>宛名・受取担当者：</w:t>
            </w:r>
          </w:p>
        </w:tc>
      </w:tr>
      <w:tr w:rsidR="009039B8" w14:paraId="0A126BA6" w14:textId="77777777" w:rsidTr="007F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D5F135" w14:textId="269BAC67" w:rsidR="009039B8" w:rsidRDefault="00FB76BB" w:rsidP="00EF05D6">
            <w:pPr>
              <w:pStyle w:val="2f2"/>
            </w:pPr>
            <w:r>
              <w:rPr>
                <w:rFonts w:hint="eastAsia"/>
              </w:rPr>
              <w:t>備考・相談事項</w:t>
            </w:r>
          </w:p>
        </w:tc>
        <w:tc>
          <w:tcPr>
            <w:tcW w:w="0" w:type="auto"/>
          </w:tcPr>
          <w:p w14:paraId="76934030" w14:textId="7B647FE6" w:rsidR="009039B8" w:rsidRDefault="00FB76BB" w:rsidP="00A952D0">
            <w:pPr>
              <w:pStyle w:val="2f2"/>
              <w:cnfStyle w:val="000000100000" w:firstRow="0" w:lastRow="0" w:firstColumn="0" w:lastColumn="0" w:oddVBand="0" w:evenVBand="0" w:oddHBand="1" w:evenHBand="0" w:firstRowFirstColumn="0" w:firstRowLastColumn="0" w:lastRowFirstColumn="0" w:lastRowLastColumn="0"/>
            </w:pPr>
            <w:r>
              <w:rPr>
                <w:rFonts w:hint="eastAsia"/>
              </w:rPr>
              <w:t xml:space="preserve">　　　　　　　　　　　　　　　　　　　　　　　　　</w:t>
            </w:r>
            <w:r>
              <w:rPr>
                <w:rFonts w:hint="eastAsia"/>
              </w:rPr>
              <w:br/>
              <w:t xml:space="preserve">　　　　　　　　　　　　　　　　　　　　　　　　　</w:t>
            </w:r>
          </w:p>
        </w:tc>
      </w:tr>
    </w:tbl>
    <w:p w14:paraId="60BB2760" w14:textId="77777777" w:rsidR="00B17AF3" w:rsidRDefault="00B17AF3" w:rsidP="00B17AF3">
      <w:pPr>
        <w:rPr>
          <w:rFonts w:eastAsia="Yu Gothic"/>
          <w:lang w:eastAsia="ja-JP"/>
        </w:rPr>
      </w:pPr>
    </w:p>
    <w:p w14:paraId="7A23D54A" w14:textId="77777777" w:rsidR="00B17AF3" w:rsidRDefault="00B80F9E" w:rsidP="00B17AF3">
      <w:pPr>
        <w:pStyle w:val="ae"/>
        <w:numPr>
          <w:ilvl w:val="0"/>
          <w:numId w:val="14"/>
        </w:numPr>
        <w:rPr>
          <w:rFonts w:eastAsia="Yu Gothic"/>
          <w:lang w:eastAsia="ja-JP"/>
        </w:rPr>
      </w:pPr>
      <w:r w:rsidRPr="00B17AF3">
        <w:rPr>
          <w:rFonts w:eastAsia="Yu Gothic" w:hint="eastAsia"/>
          <w:lang w:eastAsia="ja-JP"/>
        </w:rPr>
        <w:t>人数・実施予定・資材送付先など、未定の項目は「未定」とご記入ください。</w:t>
      </w:r>
    </w:p>
    <w:p w14:paraId="66355066" w14:textId="1DCD832C" w:rsidR="00B80F9E" w:rsidRPr="00B17AF3" w:rsidRDefault="00B80F9E" w:rsidP="00B17AF3">
      <w:pPr>
        <w:pStyle w:val="ae"/>
        <w:numPr>
          <w:ilvl w:val="0"/>
          <w:numId w:val="14"/>
        </w:numPr>
        <w:rPr>
          <w:rFonts w:eastAsia="Yu Gothic"/>
          <w:lang w:eastAsia="ja-JP"/>
        </w:rPr>
      </w:pPr>
      <w:r w:rsidRPr="00B17AF3">
        <w:rPr>
          <w:rFonts w:eastAsia="Yu Gothic"/>
          <w:lang w:eastAsia="ja-JP"/>
        </w:rPr>
        <w:t>参加予定施設が</w:t>
      </w:r>
      <w:r w:rsidR="00A948B1">
        <w:rPr>
          <w:rFonts w:eastAsia="Yu Gothic" w:hint="eastAsia"/>
          <w:lang w:eastAsia="ja-JP"/>
        </w:rPr>
        <w:t>調整中</w:t>
      </w:r>
      <w:r w:rsidRPr="00B17AF3">
        <w:rPr>
          <w:rFonts w:eastAsia="Yu Gothic"/>
          <w:lang w:eastAsia="ja-JP"/>
        </w:rPr>
        <w:t>の場合は、その旨を記入し</w:t>
      </w:r>
      <w:r w:rsidR="00A948B1">
        <w:rPr>
          <w:rFonts w:eastAsia="Yu Gothic" w:hint="eastAsia"/>
          <w:lang w:eastAsia="ja-JP"/>
        </w:rPr>
        <w:t>てください。</w:t>
      </w:r>
      <w:r w:rsidRPr="00B17AF3">
        <w:rPr>
          <w:rFonts w:eastAsia="Yu Gothic"/>
          <w:lang w:eastAsia="ja-JP"/>
        </w:rPr>
        <w:br/>
      </w:r>
    </w:p>
    <w:sectPr w:rsidR="00B80F9E" w:rsidRPr="00B17AF3" w:rsidSect="00B939E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41166" w14:textId="77777777" w:rsidR="00014FEC" w:rsidRDefault="00014FEC" w:rsidP="00A200FC">
      <w:pPr>
        <w:spacing w:after="0" w:line="240" w:lineRule="auto"/>
      </w:pPr>
      <w:r>
        <w:separator/>
      </w:r>
    </w:p>
  </w:endnote>
  <w:endnote w:type="continuationSeparator" w:id="0">
    <w:p w14:paraId="2610206A" w14:textId="77777777" w:rsidR="00014FEC" w:rsidRDefault="00014FEC" w:rsidP="00A2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B6A8" w14:textId="77777777" w:rsidR="00014FEC" w:rsidRDefault="00014FEC" w:rsidP="00A200FC">
      <w:pPr>
        <w:spacing w:after="0" w:line="240" w:lineRule="auto"/>
      </w:pPr>
      <w:r>
        <w:separator/>
      </w:r>
    </w:p>
  </w:footnote>
  <w:footnote w:type="continuationSeparator" w:id="0">
    <w:p w14:paraId="74CF231A" w14:textId="77777777" w:rsidR="00014FEC" w:rsidRDefault="00014FEC" w:rsidP="00A2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17C75FF"/>
    <w:multiLevelType w:val="hybridMultilevel"/>
    <w:tmpl w:val="129A06CC"/>
    <w:lvl w:ilvl="0" w:tplc="7222EAAA">
      <w:start w:val="1"/>
      <w:numFmt w:val="decimalEnclosedCircle"/>
      <w:lvlText w:val="%1"/>
      <w:lvlJc w:val="left"/>
      <w:pPr>
        <w:ind w:left="1070" w:hanging="440"/>
      </w:pPr>
      <w:rPr>
        <w:rFonts w:hint="eastAsia"/>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0" w15:restartNumberingAfterBreak="0">
    <w:nsid w:val="1E345D16"/>
    <w:multiLevelType w:val="hybridMultilevel"/>
    <w:tmpl w:val="BD560ECE"/>
    <w:lvl w:ilvl="0" w:tplc="7222EAA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551086"/>
    <w:multiLevelType w:val="hybridMultilevel"/>
    <w:tmpl w:val="31166D3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7D3670"/>
    <w:multiLevelType w:val="hybridMultilevel"/>
    <w:tmpl w:val="33083510"/>
    <w:lvl w:ilvl="0" w:tplc="7222EAA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1E37403"/>
    <w:multiLevelType w:val="hybridMultilevel"/>
    <w:tmpl w:val="CC300A6A"/>
    <w:lvl w:ilvl="0" w:tplc="7222EAA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45561808">
    <w:abstractNumId w:val="8"/>
  </w:num>
  <w:num w:numId="2" w16cid:durableId="1163200905">
    <w:abstractNumId w:val="6"/>
  </w:num>
  <w:num w:numId="3" w16cid:durableId="1462072996">
    <w:abstractNumId w:val="5"/>
  </w:num>
  <w:num w:numId="4" w16cid:durableId="716585287">
    <w:abstractNumId w:val="4"/>
  </w:num>
  <w:num w:numId="5" w16cid:durableId="1340890442">
    <w:abstractNumId w:val="7"/>
  </w:num>
  <w:num w:numId="6" w16cid:durableId="603994660">
    <w:abstractNumId w:val="3"/>
  </w:num>
  <w:num w:numId="7" w16cid:durableId="606038276">
    <w:abstractNumId w:val="2"/>
  </w:num>
  <w:num w:numId="8" w16cid:durableId="1180007242">
    <w:abstractNumId w:val="1"/>
  </w:num>
  <w:num w:numId="9" w16cid:durableId="1947302879">
    <w:abstractNumId w:val="0"/>
  </w:num>
  <w:num w:numId="10" w16cid:durableId="2134514258">
    <w:abstractNumId w:val="13"/>
  </w:num>
  <w:num w:numId="11" w16cid:durableId="1167019901">
    <w:abstractNumId w:val="11"/>
  </w:num>
  <w:num w:numId="12" w16cid:durableId="331183212">
    <w:abstractNumId w:val="9"/>
  </w:num>
  <w:num w:numId="13" w16cid:durableId="1461653038">
    <w:abstractNumId w:val="10"/>
  </w:num>
  <w:num w:numId="14" w16cid:durableId="4270418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CE7"/>
    <w:rsid w:val="00014FEC"/>
    <w:rsid w:val="00034616"/>
    <w:rsid w:val="0006036E"/>
    <w:rsid w:val="0006063C"/>
    <w:rsid w:val="00064C5B"/>
    <w:rsid w:val="000B204B"/>
    <w:rsid w:val="000E6765"/>
    <w:rsid w:val="00112770"/>
    <w:rsid w:val="00113176"/>
    <w:rsid w:val="00127030"/>
    <w:rsid w:val="0013072C"/>
    <w:rsid w:val="001446EE"/>
    <w:rsid w:val="0015074B"/>
    <w:rsid w:val="00166D03"/>
    <w:rsid w:val="001C2943"/>
    <w:rsid w:val="001E13BA"/>
    <w:rsid w:val="001E17EB"/>
    <w:rsid w:val="00207E66"/>
    <w:rsid w:val="00221AAA"/>
    <w:rsid w:val="00241CEF"/>
    <w:rsid w:val="00251525"/>
    <w:rsid w:val="0027604D"/>
    <w:rsid w:val="0027767C"/>
    <w:rsid w:val="00280E38"/>
    <w:rsid w:val="0029639D"/>
    <w:rsid w:val="002B750E"/>
    <w:rsid w:val="003077FD"/>
    <w:rsid w:val="00326F90"/>
    <w:rsid w:val="00364DD2"/>
    <w:rsid w:val="00380111"/>
    <w:rsid w:val="0038055D"/>
    <w:rsid w:val="003C52E0"/>
    <w:rsid w:val="003E1520"/>
    <w:rsid w:val="003E3BA9"/>
    <w:rsid w:val="003F4CA0"/>
    <w:rsid w:val="003F4EA7"/>
    <w:rsid w:val="00403424"/>
    <w:rsid w:val="00425F19"/>
    <w:rsid w:val="00474E19"/>
    <w:rsid w:val="004C589A"/>
    <w:rsid w:val="0051418C"/>
    <w:rsid w:val="00530BCB"/>
    <w:rsid w:val="005435C6"/>
    <w:rsid w:val="00553093"/>
    <w:rsid w:val="00570F98"/>
    <w:rsid w:val="00575A15"/>
    <w:rsid w:val="005B3BB8"/>
    <w:rsid w:val="005E6BD2"/>
    <w:rsid w:val="00632562"/>
    <w:rsid w:val="006467B2"/>
    <w:rsid w:val="006626AD"/>
    <w:rsid w:val="006667E2"/>
    <w:rsid w:val="0066712E"/>
    <w:rsid w:val="00681D83"/>
    <w:rsid w:val="006E53EB"/>
    <w:rsid w:val="00700CF3"/>
    <w:rsid w:val="00744A24"/>
    <w:rsid w:val="00784EBD"/>
    <w:rsid w:val="007960A4"/>
    <w:rsid w:val="007A228E"/>
    <w:rsid w:val="007C010D"/>
    <w:rsid w:val="007E3234"/>
    <w:rsid w:val="007F2C10"/>
    <w:rsid w:val="007F33ED"/>
    <w:rsid w:val="008414BE"/>
    <w:rsid w:val="00852FAE"/>
    <w:rsid w:val="00871B87"/>
    <w:rsid w:val="00880C65"/>
    <w:rsid w:val="00883FDA"/>
    <w:rsid w:val="008B09A1"/>
    <w:rsid w:val="008E56C2"/>
    <w:rsid w:val="009039B8"/>
    <w:rsid w:val="009542A4"/>
    <w:rsid w:val="009A37A3"/>
    <w:rsid w:val="009E7332"/>
    <w:rsid w:val="00A200FC"/>
    <w:rsid w:val="00A2207D"/>
    <w:rsid w:val="00A54864"/>
    <w:rsid w:val="00A67863"/>
    <w:rsid w:val="00A714A3"/>
    <w:rsid w:val="00A948B1"/>
    <w:rsid w:val="00A952D0"/>
    <w:rsid w:val="00AA1D8D"/>
    <w:rsid w:val="00AE4FEE"/>
    <w:rsid w:val="00AF0F28"/>
    <w:rsid w:val="00B17AF3"/>
    <w:rsid w:val="00B47730"/>
    <w:rsid w:val="00B80F9E"/>
    <w:rsid w:val="00B939E6"/>
    <w:rsid w:val="00BB2C31"/>
    <w:rsid w:val="00BD2852"/>
    <w:rsid w:val="00BF4202"/>
    <w:rsid w:val="00C32CD6"/>
    <w:rsid w:val="00C356B4"/>
    <w:rsid w:val="00C552C2"/>
    <w:rsid w:val="00C76747"/>
    <w:rsid w:val="00CA10A3"/>
    <w:rsid w:val="00CA682D"/>
    <w:rsid w:val="00CB0664"/>
    <w:rsid w:val="00CB24E2"/>
    <w:rsid w:val="00CB348D"/>
    <w:rsid w:val="00D279A9"/>
    <w:rsid w:val="00D35D80"/>
    <w:rsid w:val="00D548A4"/>
    <w:rsid w:val="00D718AA"/>
    <w:rsid w:val="00D95D1E"/>
    <w:rsid w:val="00DB3457"/>
    <w:rsid w:val="00DE2103"/>
    <w:rsid w:val="00E0642D"/>
    <w:rsid w:val="00E24F5E"/>
    <w:rsid w:val="00E761E2"/>
    <w:rsid w:val="00E858BE"/>
    <w:rsid w:val="00ED02FA"/>
    <w:rsid w:val="00ED53EE"/>
    <w:rsid w:val="00EE4EAF"/>
    <w:rsid w:val="00EF05D6"/>
    <w:rsid w:val="00F0787C"/>
    <w:rsid w:val="00F1293F"/>
    <w:rsid w:val="00F42423"/>
    <w:rsid w:val="00F475F8"/>
    <w:rsid w:val="00F54E30"/>
    <w:rsid w:val="00F73CBA"/>
    <w:rsid w:val="00FB655D"/>
    <w:rsid w:val="00FB76BB"/>
    <w:rsid w:val="00FC0440"/>
    <w:rsid w:val="00FC33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541697"/>
  <w14:defaultImageDpi w14:val="300"/>
  <w15:docId w15:val="{45F17F6C-8AA3-411A-966D-43461632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hAnsi="Yu Gothic"/>
      <w:color w:val="212121"/>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530BCB"/>
    <w:rPr>
      <w:sz w:val="18"/>
      <w:szCs w:val="18"/>
    </w:rPr>
  </w:style>
  <w:style w:type="paragraph" w:styleId="aff0">
    <w:name w:val="annotation text"/>
    <w:basedOn w:val="a1"/>
    <w:link w:val="aff1"/>
    <w:uiPriority w:val="99"/>
    <w:unhideWhenUsed/>
    <w:rsid w:val="00530BCB"/>
  </w:style>
  <w:style w:type="character" w:customStyle="1" w:styleId="aff1">
    <w:name w:val="コメント文字列 (文字)"/>
    <w:basedOn w:val="a2"/>
    <w:link w:val="aff0"/>
    <w:uiPriority w:val="99"/>
    <w:rsid w:val="00530BCB"/>
    <w:rPr>
      <w:rFonts w:ascii="Yu Gothic" w:hAnsi="Yu Gothic"/>
      <w:color w:val="212121"/>
      <w:sz w:val="21"/>
    </w:rPr>
  </w:style>
  <w:style w:type="paragraph" w:styleId="aff2">
    <w:name w:val="annotation subject"/>
    <w:basedOn w:val="aff0"/>
    <w:next w:val="aff0"/>
    <w:link w:val="aff3"/>
    <w:uiPriority w:val="99"/>
    <w:semiHidden/>
    <w:unhideWhenUsed/>
    <w:rsid w:val="00530BCB"/>
    <w:rPr>
      <w:b/>
      <w:bCs/>
    </w:rPr>
  </w:style>
  <w:style w:type="character" w:customStyle="1" w:styleId="aff3">
    <w:name w:val="コメント内容 (文字)"/>
    <w:basedOn w:val="aff1"/>
    <w:link w:val="aff2"/>
    <w:uiPriority w:val="99"/>
    <w:semiHidden/>
    <w:rsid w:val="00530BCB"/>
    <w:rPr>
      <w:rFonts w:ascii="Yu Gothic" w:hAnsi="Yu Gothic"/>
      <w:b/>
      <w:bCs/>
      <w:color w:val="212121"/>
      <w:sz w:val="21"/>
    </w:rPr>
  </w:style>
  <w:style w:type="paragraph" w:customStyle="1" w:styleId="18">
    <w:name w:val="標準1"/>
    <w:basedOn w:val="a1"/>
    <w:rPr>
      <w:rFonts w:eastAsia="Yu Gothic" w:cs="ＭＳ Ｐゴシック"/>
      <w:kern w:val="2"/>
      <w:szCs w:val="21"/>
      <w:lang w:eastAsia="ja-JP"/>
      <w14:ligatures w14:val="standardContextual"/>
    </w:rPr>
  </w:style>
  <w:style w:type="paragraph" w:customStyle="1" w:styleId="2f2">
    <w:name w:val="標準2"/>
    <w:basedOn w:val="a1"/>
    <w:rPr>
      <w:rFonts w:eastAsia="Yu Gothic" w:cs="ＭＳ Ｐゴシック"/>
      <w:kern w:val="2"/>
      <w:szCs w:val="21"/>
      <w:lang w:eastAsia="ja-JP"/>
      <w14:ligatures w14:val="standardContextual"/>
    </w:rPr>
  </w:style>
  <w:style w:type="paragraph" w:styleId="Web">
    <w:name w:val="Normal (Web)"/>
    <w:basedOn w:val="a1"/>
    <w:uiPriority w:val="99"/>
    <w:semiHidden/>
    <w:unhideWhenUsed/>
    <w:rsid w:val="009039B8"/>
    <w:pPr>
      <w:spacing w:before="100" w:beforeAutospacing="1" w:after="100" w:afterAutospacing="1" w:line="240" w:lineRule="auto"/>
    </w:pPr>
    <w:rPr>
      <w:rFonts w:ascii="ＭＳ Ｐゴシック" w:eastAsia="ＭＳ Ｐゴシック" w:hAnsi="ＭＳ Ｐゴシック" w:cs="ＭＳ Ｐゴシック"/>
      <w:color w:val="auto"/>
      <w:kern w:val="2"/>
      <w:sz w:val="24"/>
      <w:szCs w:val="24"/>
      <w:lang w:eastAsia="ja-JP"/>
      <w14:ligatures w14:val="standardContextual"/>
    </w:rPr>
  </w:style>
  <w:style w:type="table" w:styleId="4-1">
    <w:name w:val="Grid Table 4 Accent 1"/>
    <w:basedOn w:val="a3"/>
    <w:uiPriority w:val="49"/>
    <w:rsid w:val="009039B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aff4">
    <w:name w:val="Hyperlink"/>
    <w:basedOn w:val="a2"/>
    <w:uiPriority w:val="99"/>
    <w:unhideWhenUsed/>
    <w:rsid w:val="00C32CD6"/>
    <w:rPr>
      <w:color w:val="0000FF" w:themeColor="hyperlink"/>
      <w:u w:val="single"/>
    </w:rPr>
  </w:style>
  <w:style w:type="character" w:styleId="aff5">
    <w:name w:val="Unresolved Mention"/>
    <w:basedOn w:val="a2"/>
    <w:uiPriority w:val="99"/>
    <w:semiHidden/>
    <w:unhideWhenUsed/>
    <w:rsid w:val="00C32CD6"/>
    <w:rPr>
      <w:color w:val="605E5C"/>
      <w:shd w:val="clear" w:color="auto" w:fill="E1DFDD"/>
    </w:rPr>
  </w:style>
  <w:style w:type="table" w:styleId="2-3">
    <w:name w:val="Grid Table 2 Accent 3"/>
    <w:basedOn w:val="a3"/>
    <w:uiPriority w:val="47"/>
    <w:rsid w:val="007F33ED"/>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higashi@higashi-part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温代 井之上</cp:lastModifiedBy>
  <cp:revision>3</cp:revision>
  <dcterms:created xsi:type="dcterms:W3CDTF">2026-10-28T11:53:00Z</dcterms:created>
  <dcterms:modified xsi:type="dcterms:W3CDTF">2026-10-28T11:54:00Z</dcterms:modified>
  <cp:category/>
</cp:coreProperties>
</file>